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55E3" w14:textId="77777777" w:rsidR="00D53D7D" w:rsidRPr="00D128E8" w:rsidRDefault="00B64061" w:rsidP="00D128E8">
      <w:pPr>
        <w:spacing w:line="240" w:lineRule="auto"/>
        <w:jc w:val="center"/>
        <w:rPr>
          <w:rFonts w:ascii="Narkisim" w:hAnsi="Narkisim" w:cs="Narkisim"/>
        </w:rPr>
      </w:pPr>
      <w:r w:rsidRPr="00D128E8">
        <w:rPr>
          <w:rFonts w:ascii="Narkisim" w:hAnsi="Narkisim" w:cs="Narkisim"/>
          <w:b/>
          <w:sz w:val="40"/>
        </w:rPr>
        <w:t>Never Give Up on Am Yisrael</w:t>
      </w:r>
    </w:p>
    <w:p w14:paraId="0E76B38B" w14:textId="569C3414" w:rsidR="00D53D7D" w:rsidRPr="00D128E8" w:rsidRDefault="00756D68" w:rsidP="00D128E8">
      <w:pPr>
        <w:spacing w:line="240" w:lineRule="auto"/>
        <w:jc w:val="center"/>
        <w:rPr>
          <w:rFonts w:ascii="Narkisim" w:hAnsi="Narkisim" w:cs="Narkisim"/>
        </w:rPr>
      </w:pPr>
      <w:r>
        <w:rPr>
          <w:rFonts w:ascii="Narkisim" w:hAnsi="Narkisim" w:cs="Narkisim"/>
          <w:b/>
          <w:sz w:val="24"/>
        </w:rPr>
        <w:t>Rav Eitan Bendavid, Kehillat Shivtei Yisrael</w:t>
      </w:r>
      <w:r>
        <w:rPr>
          <w:rFonts w:ascii="Narkisim" w:hAnsi="Narkisim" w:cs="Narkisim"/>
          <w:b/>
          <w:sz w:val="24"/>
        </w:rPr>
        <w:br/>
      </w:r>
      <w:r w:rsidR="00B64061" w:rsidRPr="00D128E8">
        <w:rPr>
          <w:rFonts w:ascii="Narkisim" w:hAnsi="Narkisim" w:cs="Narkisim"/>
          <w:b/>
          <w:sz w:val="24"/>
        </w:rPr>
        <w:t>Ne’ilah 5787 / 2026</w:t>
      </w:r>
    </w:p>
    <w:p w14:paraId="7AD2994F"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President Isaac Herzog wrote a letter as part of Makor Rishon’s “</w:t>
      </w:r>
      <w:r w:rsidRPr="00D128E8">
        <w:rPr>
          <w:rFonts w:ascii="Narkisim" w:hAnsi="Narkisim" w:cs="Narkisim"/>
        </w:rPr>
        <w:t>פרויקט</w:t>
      </w:r>
      <w:r w:rsidRPr="00D128E8">
        <w:rPr>
          <w:rFonts w:ascii="Narkisim" w:hAnsi="Narkisim" w:cs="Narkisim"/>
        </w:rPr>
        <w:t xml:space="preserve"> </w:t>
      </w:r>
      <w:r w:rsidRPr="00D128E8">
        <w:rPr>
          <w:rFonts w:ascii="Narkisim" w:hAnsi="Narkisim" w:cs="Narkisim"/>
        </w:rPr>
        <w:t>חרטה</w:t>
      </w:r>
      <w:r w:rsidRPr="00D128E8">
        <w:rPr>
          <w:rFonts w:ascii="Narkisim" w:hAnsi="Narkisim" w:cs="Narkisim"/>
        </w:rPr>
        <w:t xml:space="preserve"> </w:t>
      </w:r>
      <w:r w:rsidRPr="00D128E8">
        <w:rPr>
          <w:rFonts w:ascii="Narkisim" w:hAnsi="Narkisim" w:cs="Narkisim"/>
        </w:rPr>
        <w:t>מיוחד</w:t>
      </w:r>
      <w:r w:rsidRPr="00D128E8">
        <w:rPr>
          <w:rFonts w:ascii="Narkisim" w:hAnsi="Narkisim" w:cs="Narkisim"/>
        </w:rPr>
        <w:t>” before Rosh Hashanah.</w:t>
      </w:r>
    </w:p>
    <w:p w14:paraId="7C506647"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Every single word that he writes is important for us to listen to as we enter Ne’ilah, the final tefillah of Yom Kippur.</w:t>
      </w:r>
    </w:p>
    <w:p w14:paraId="3370B84A"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I want to read part of what he wrote.</w:t>
      </w:r>
    </w:p>
    <w:p w14:paraId="065ACA86" w14:textId="77777777" w:rsidR="00D53D7D" w:rsidRPr="00D128E8" w:rsidRDefault="00B64061" w:rsidP="00D128E8">
      <w:pPr>
        <w:pStyle w:val="Heading1"/>
        <w:spacing w:line="240" w:lineRule="auto"/>
        <w:rPr>
          <w:rFonts w:ascii="Narkisim" w:hAnsi="Narkisim" w:cs="Narkisim"/>
        </w:rPr>
      </w:pPr>
      <w:r w:rsidRPr="00D128E8">
        <w:rPr>
          <w:rFonts w:ascii="Narkisim" w:hAnsi="Narkisim" w:cs="Narkisim"/>
        </w:rPr>
        <w:t>President Herzog’s Letter</w:t>
      </w:r>
    </w:p>
    <w:p w14:paraId="64182FC6" w14:textId="43CF8289" w:rsidR="00D53D7D" w:rsidRPr="00D128E8" w:rsidRDefault="00B64061" w:rsidP="0046588F">
      <w:pPr>
        <w:bidi/>
        <w:spacing w:after="120" w:line="240" w:lineRule="auto"/>
        <w:rPr>
          <w:rFonts w:ascii="Narkisim" w:hAnsi="Narkisim" w:cs="Narkisim" w:hint="cs"/>
          <w:rtl/>
          <w:lang w:bidi="he-IL"/>
        </w:rPr>
      </w:pPr>
      <w:r w:rsidRPr="00D128E8">
        <w:rPr>
          <w:rFonts w:ascii="Narkisim" w:hAnsi="Narkisim" w:cs="Narkisim"/>
          <w:b/>
        </w:rPr>
        <w:t>״ככל</w:t>
      </w:r>
      <w:r w:rsidRPr="00D128E8">
        <w:rPr>
          <w:rFonts w:ascii="Narkisim" w:hAnsi="Narkisim" w:cs="Narkisim"/>
          <w:b/>
        </w:rPr>
        <w:t xml:space="preserve"> </w:t>
      </w:r>
      <w:r w:rsidRPr="00D128E8">
        <w:rPr>
          <w:rFonts w:ascii="Narkisim" w:hAnsi="Narkisim" w:cs="Narkisim"/>
          <w:b/>
        </w:rPr>
        <w:t>אדם</w:t>
      </w:r>
      <w:r w:rsidRPr="00D128E8">
        <w:rPr>
          <w:rFonts w:ascii="Narkisim" w:hAnsi="Narkisim" w:cs="Narkisim"/>
          <w:b/>
        </w:rPr>
        <w:t xml:space="preserve">, </w:t>
      </w:r>
      <w:r w:rsidRPr="00D128E8">
        <w:rPr>
          <w:rFonts w:ascii="Narkisim" w:hAnsi="Narkisim" w:cs="Narkisim"/>
          <w:b/>
        </w:rPr>
        <w:t>משנה</w:t>
      </w:r>
      <w:r w:rsidRPr="00D128E8">
        <w:rPr>
          <w:rFonts w:ascii="Narkisim" w:hAnsi="Narkisim" w:cs="Narkisim"/>
          <w:b/>
        </w:rPr>
        <w:t xml:space="preserve"> </w:t>
      </w:r>
      <w:r w:rsidRPr="00D128E8">
        <w:rPr>
          <w:rFonts w:ascii="Narkisim" w:hAnsi="Narkisim" w:cs="Narkisim"/>
          <w:b/>
        </w:rPr>
        <w:t>לשנה</w:t>
      </w:r>
      <w:r w:rsidRPr="00D128E8">
        <w:rPr>
          <w:rFonts w:ascii="Narkisim" w:hAnsi="Narkisim" w:cs="Narkisim"/>
          <w:b/>
        </w:rPr>
        <w:t xml:space="preserve"> </w:t>
      </w:r>
      <w:r w:rsidRPr="00D128E8">
        <w:rPr>
          <w:rFonts w:ascii="Narkisim" w:hAnsi="Narkisim" w:cs="Narkisim"/>
          <w:b/>
        </w:rPr>
        <w:t>נערמות</w:t>
      </w:r>
      <w:r w:rsidRPr="00D128E8">
        <w:rPr>
          <w:rFonts w:ascii="Narkisim" w:hAnsi="Narkisim" w:cs="Narkisim"/>
          <w:b/>
        </w:rPr>
        <w:t xml:space="preserve"> </w:t>
      </w:r>
      <w:r w:rsidRPr="00D128E8">
        <w:rPr>
          <w:rFonts w:ascii="Narkisim" w:hAnsi="Narkisim" w:cs="Narkisim"/>
          <w:b/>
        </w:rPr>
        <w:t>בי</w:t>
      </w:r>
      <w:r w:rsidRPr="00D128E8">
        <w:rPr>
          <w:rFonts w:ascii="Narkisim" w:hAnsi="Narkisim" w:cs="Narkisim"/>
          <w:b/>
        </w:rPr>
        <w:t xml:space="preserve"> </w:t>
      </w:r>
      <w:r w:rsidRPr="00D128E8">
        <w:rPr>
          <w:rFonts w:ascii="Narkisim" w:hAnsi="Narkisim" w:cs="Narkisim"/>
          <w:b/>
        </w:rPr>
        <w:t>חרטות</w:t>
      </w:r>
      <w:r w:rsidRPr="00D128E8">
        <w:rPr>
          <w:rFonts w:ascii="Narkisim" w:hAnsi="Narkisim" w:cs="Narkisim"/>
          <w:b/>
        </w:rPr>
        <w:t xml:space="preserve"> </w:t>
      </w:r>
      <w:r w:rsidRPr="00D128E8">
        <w:rPr>
          <w:rFonts w:ascii="Narkisim" w:hAnsi="Narkisim" w:cs="Narkisim"/>
          <w:b/>
        </w:rPr>
        <w:t>רבות</w:t>
      </w:r>
      <w:r w:rsidRPr="00D128E8">
        <w:rPr>
          <w:rFonts w:ascii="Narkisim" w:hAnsi="Narkisim" w:cs="Narkisim"/>
          <w:b/>
        </w:rPr>
        <w:t xml:space="preserve">. </w:t>
      </w:r>
      <w:r w:rsidRPr="00D128E8">
        <w:rPr>
          <w:rFonts w:ascii="Narkisim" w:hAnsi="Narkisim" w:cs="Narkisim"/>
          <w:b/>
        </w:rPr>
        <w:t>אך</w:t>
      </w:r>
      <w:r w:rsidRPr="00D128E8">
        <w:rPr>
          <w:rFonts w:ascii="Narkisim" w:hAnsi="Narkisim" w:cs="Narkisim"/>
          <w:b/>
        </w:rPr>
        <w:t xml:space="preserve"> </w:t>
      </w:r>
      <w:r w:rsidRPr="00D128E8">
        <w:rPr>
          <w:rFonts w:ascii="Narkisim" w:hAnsi="Narkisim" w:cs="Narkisim"/>
          <w:b/>
        </w:rPr>
        <w:t>אם</w:t>
      </w:r>
      <w:r w:rsidRPr="00D128E8">
        <w:rPr>
          <w:rFonts w:ascii="Narkisim" w:hAnsi="Narkisim" w:cs="Narkisim"/>
          <w:b/>
        </w:rPr>
        <w:t xml:space="preserve"> </w:t>
      </w:r>
      <w:r w:rsidRPr="00D128E8">
        <w:rPr>
          <w:rFonts w:ascii="Narkisim" w:hAnsi="Narkisim" w:cs="Narkisim"/>
          <w:b/>
        </w:rPr>
        <w:t>יש</w:t>
      </w:r>
      <w:r w:rsidRPr="00D128E8">
        <w:rPr>
          <w:rFonts w:ascii="Narkisim" w:hAnsi="Narkisim" w:cs="Narkisim"/>
          <w:b/>
        </w:rPr>
        <w:t xml:space="preserve"> </w:t>
      </w:r>
      <w:r w:rsidRPr="00D128E8">
        <w:rPr>
          <w:rFonts w:ascii="Narkisim" w:hAnsi="Narkisim" w:cs="Narkisim"/>
          <w:b/>
        </w:rPr>
        <w:t>חרטה</w:t>
      </w:r>
      <w:r w:rsidRPr="00D128E8">
        <w:rPr>
          <w:rFonts w:ascii="Narkisim" w:hAnsi="Narkisim" w:cs="Narkisim"/>
          <w:b/>
        </w:rPr>
        <w:t xml:space="preserve"> </w:t>
      </w:r>
      <w:r w:rsidRPr="00D128E8">
        <w:rPr>
          <w:rFonts w:ascii="Narkisim" w:hAnsi="Narkisim" w:cs="Narkisim"/>
          <w:b/>
        </w:rPr>
        <w:t>אחת</w:t>
      </w:r>
      <w:r w:rsidRPr="00D128E8">
        <w:rPr>
          <w:rFonts w:ascii="Narkisim" w:hAnsi="Narkisim" w:cs="Narkisim"/>
          <w:b/>
        </w:rPr>
        <w:t xml:space="preserve"> </w:t>
      </w:r>
      <w:r w:rsidRPr="00D128E8">
        <w:rPr>
          <w:rFonts w:ascii="Narkisim" w:hAnsi="Narkisim" w:cs="Narkisim"/>
          <w:b/>
        </w:rPr>
        <w:t>שאני</w:t>
      </w:r>
      <w:r w:rsidRPr="00D128E8">
        <w:rPr>
          <w:rFonts w:ascii="Narkisim" w:hAnsi="Narkisim" w:cs="Narkisim"/>
          <w:b/>
        </w:rPr>
        <w:t xml:space="preserve"> </w:t>
      </w:r>
      <w:r w:rsidRPr="00D128E8">
        <w:rPr>
          <w:rFonts w:ascii="Narkisim" w:hAnsi="Narkisim" w:cs="Narkisim"/>
          <w:b/>
        </w:rPr>
        <w:t>נושא</w:t>
      </w:r>
      <w:r w:rsidRPr="00D128E8">
        <w:rPr>
          <w:rFonts w:ascii="Narkisim" w:hAnsi="Narkisim" w:cs="Narkisim"/>
          <w:b/>
        </w:rPr>
        <w:t xml:space="preserve"> </w:t>
      </w:r>
      <w:r w:rsidRPr="00D128E8">
        <w:rPr>
          <w:rFonts w:ascii="Narkisim" w:hAnsi="Narkisim" w:cs="Narkisim"/>
          <w:b/>
        </w:rPr>
        <w:t>בעומק</w:t>
      </w:r>
      <w:r w:rsidRPr="00D128E8">
        <w:rPr>
          <w:rFonts w:ascii="Narkisim" w:hAnsi="Narkisim" w:cs="Narkisim"/>
          <w:b/>
        </w:rPr>
        <w:t xml:space="preserve"> </w:t>
      </w:r>
      <w:r w:rsidRPr="00D128E8">
        <w:rPr>
          <w:rFonts w:ascii="Narkisim" w:hAnsi="Narkisim" w:cs="Narkisim"/>
          <w:b/>
        </w:rPr>
        <w:t>ליבי</w:t>
      </w:r>
      <w:r w:rsidRPr="00D128E8">
        <w:rPr>
          <w:rFonts w:ascii="Narkisim" w:hAnsi="Narkisim" w:cs="Narkisim"/>
          <w:b/>
        </w:rPr>
        <w:t xml:space="preserve">, </w:t>
      </w:r>
      <w:r w:rsidRPr="00D128E8">
        <w:rPr>
          <w:rFonts w:ascii="Narkisim" w:hAnsi="Narkisim" w:cs="Narkisim"/>
          <w:b/>
        </w:rPr>
        <w:t>זו</w:t>
      </w:r>
      <w:r w:rsidRPr="00D128E8">
        <w:rPr>
          <w:rFonts w:ascii="Narkisim" w:hAnsi="Narkisim" w:cs="Narkisim"/>
          <w:b/>
        </w:rPr>
        <w:t xml:space="preserve"> </w:t>
      </w:r>
      <w:r w:rsidRPr="00D128E8">
        <w:rPr>
          <w:rFonts w:ascii="Narkisim" w:hAnsi="Narkisim" w:cs="Narkisim"/>
          <w:b/>
        </w:rPr>
        <w:t>החרטה</w:t>
      </w:r>
      <w:r w:rsidRPr="00D128E8">
        <w:rPr>
          <w:rFonts w:ascii="Narkisim" w:hAnsi="Narkisim" w:cs="Narkisim"/>
          <w:b/>
        </w:rPr>
        <w:t xml:space="preserve"> </w:t>
      </w:r>
      <w:r w:rsidRPr="00D128E8">
        <w:rPr>
          <w:rFonts w:ascii="Narkisim" w:hAnsi="Narkisim" w:cs="Narkisim"/>
          <w:b/>
        </w:rPr>
        <w:t>על</w:t>
      </w:r>
      <w:r w:rsidRPr="00D128E8">
        <w:rPr>
          <w:rFonts w:ascii="Narkisim" w:hAnsi="Narkisim" w:cs="Narkisim"/>
          <w:b/>
        </w:rPr>
        <w:t xml:space="preserve"> </w:t>
      </w:r>
      <w:r w:rsidRPr="00D128E8">
        <w:rPr>
          <w:rFonts w:ascii="Narkisim" w:hAnsi="Narkisim" w:cs="Narkisim"/>
          <w:b/>
        </w:rPr>
        <w:t>מה</w:t>
      </w:r>
      <w:r w:rsidRPr="00D128E8">
        <w:rPr>
          <w:rFonts w:ascii="Narkisim" w:hAnsi="Narkisim" w:cs="Narkisim"/>
          <w:b/>
        </w:rPr>
        <w:t xml:space="preserve"> </w:t>
      </w:r>
      <w:r w:rsidRPr="00D128E8">
        <w:rPr>
          <w:rFonts w:ascii="Narkisim" w:hAnsi="Narkisim" w:cs="Narkisim"/>
          <w:b/>
        </w:rPr>
        <w:t>שהלילה</w:t>
      </w:r>
      <w:r w:rsidRPr="00D128E8">
        <w:rPr>
          <w:rFonts w:ascii="Narkisim" w:hAnsi="Narkisim" w:cs="Narkisim"/>
          <w:b/>
        </w:rPr>
        <w:t xml:space="preserve"> </w:t>
      </w:r>
      <w:r w:rsidRPr="00D128E8">
        <w:rPr>
          <w:rFonts w:ascii="Narkisim" w:hAnsi="Narkisim" w:cs="Narkisim"/>
          <w:b/>
        </w:rPr>
        <w:t>הזה</w:t>
      </w:r>
      <w:r w:rsidRPr="00D128E8">
        <w:rPr>
          <w:rFonts w:ascii="Narkisim" w:hAnsi="Narkisim" w:cs="Narkisim"/>
          <w:b/>
        </w:rPr>
        <w:t xml:space="preserve">, </w:t>
      </w:r>
      <w:r w:rsidRPr="00D128E8">
        <w:rPr>
          <w:rFonts w:ascii="Narkisim" w:hAnsi="Narkisim" w:cs="Narkisim"/>
          <w:b/>
        </w:rPr>
        <w:t>אולי</w:t>
      </w:r>
      <w:r w:rsidRPr="00D128E8">
        <w:rPr>
          <w:rFonts w:ascii="Narkisim" w:hAnsi="Narkisim" w:cs="Narkisim"/>
          <w:b/>
        </w:rPr>
        <w:t xml:space="preserve"> </w:t>
      </w:r>
      <w:r w:rsidRPr="00D128E8">
        <w:rPr>
          <w:rFonts w:ascii="Narkisim" w:hAnsi="Narkisim" w:cs="Narkisim"/>
          <w:b/>
        </w:rPr>
        <w:t>התמצית</w:t>
      </w:r>
      <w:r w:rsidRPr="00D128E8">
        <w:rPr>
          <w:rFonts w:ascii="Narkisim" w:hAnsi="Narkisim" w:cs="Narkisim"/>
          <w:b/>
        </w:rPr>
        <w:t xml:space="preserve">, </w:t>
      </w:r>
      <w:r w:rsidRPr="00D128E8">
        <w:rPr>
          <w:rFonts w:ascii="Narkisim" w:hAnsi="Narkisim" w:cs="Narkisim"/>
          <w:b/>
        </w:rPr>
        <w:t>חרטה</w:t>
      </w:r>
      <w:r w:rsidRPr="00D128E8">
        <w:rPr>
          <w:rFonts w:ascii="Narkisim" w:hAnsi="Narkisim" w:cs="Narkisim"/>
          <w:b/>
        </w:rPr>
        <w:t xml:space="preserve"> </w:t>
      </w:r>
      <w:r w:rsidRPr="00D128E8">
        <w:rPr>
          <w:rFonts w:ascii="Narkisim" w:hAnsi="Narkisim" w:cs="Narkisim"/>
          <w:b/>
        </w:rPr>
        <w:t>על</w:t>
      </w:r>
      <w:r w:rsidRPr="00D128E8">
        <w:rPr>
          <w:rFonts w:ascii="Narkisim" w:hAnsi="Narkisim" w:cs="Narkisim"/>
          <w:b/>
        </w:rPr>
        <w:t xml:space="preserve"> </w:t>
      </w:r>
      <w:r w:rsidRPr="00D128E8">
        <w:rPr>
          <w:rFonts w:ascii="Narkisim" w:hAnsi="Narkisim" w:cs="Narkisim"/>
          <w:b/>
        </w:rPr>
        <w:t>הזדמנות</w:t>
      </w:r>
      <w:r w:rsidRPr="00D128E8">
        <w:rPr>
          <w:rFonts w:ascii="Narkisim" w:hAnsi="Narkisim" w:cs="Narkisim"/>
          <w:b/>
        </w:rPr>
        <w:t xml:space="preserve"> </w:t>
      </w:r>
      <w:r w:rsidRPr="00D128E8">
        <w:rPr>
          <w:rFonts w:ascii="Narkisim" w:hAnsi="Narkisim" w:cs="Narkisim"/>
          <w:b/>
        </w:rPr>
        <w:t>יקרה</w:t>
      </w:r>
      <w:r w:rsidRPr="00D128E8">
        <w:rPr>
          <w:rFonts w:ascii="Narkisim" w:hAnsi="Narkisim" w:cs="Narkisim"/>
          <w:b/>
        </w:rPr>
        <w:t xml:space="preserve"> </w:t>
      </w:r>
      <w:r w:rsidRPr="00D128E8">
        <w:rPr>
          <w:rFonts w:ascii="Narkisim" w:hAnsi="Narkisim" w:cs="Narkisim"/>
          <w:b/>
        </w:rPr>
        <w:t>ועצומה</w:t>
      </w:r>
      <w:r w:rsidRPr="00D128E8">
        <w:rPr>
          <w:rFonts w:ascii="Narkisim" w:hAnsi="Narkisim" w:cs="Narkisim"/>
          <w:b/>
        </w:rPr>
        <w:t xml:space="preserve"> </w:t>
      </w:r>
      <w:r w:rsidRPr="00D128E8">
        <w:rPr>
          <w:rFonts w:ascii="Narkisim" w:hAnsi="Narkisim" w:cs="Narkisim"/>
          <w:b/>
        </w:rPr>
        <w:t>שלא</w:t>
      </w:r>
      <w:r w:rsidRPr="00D128E8">
        <w:rPr>
          <w:rFonts w:ascii="Narkisim" w:hAnsi="Narkisim" w:cs="Narkisim"/>
          <w:b/>
        </w:rPr>
        <w:t xml:space="preserve"> </w:t>
      </w:r>
      <w:proofErr w:type="spellStart"/>
      <w:r w:rsidRPr="00D128E8">
        <w:rPr>
          <w:rFonts w:ascii="Narkisim" w:hAnsi="Narkisim" w:cs="Narkisim"/>
          <w:b/>
        </w:rPr>
        <w:t>מיהרנו</w:t>
      </w:r>
      <w:proofErr w:type="spellEnd"/>
      <w:r w:rsidRPr="00D128E8">
        <w:rPr>
          <w:rFonts w:ascii="Narkisim" w:hAnsi="Narkisim" w:cs="Narkisim"/>
          <w:b/>
        </w:rPr>
        <w:t xml:space="preserve"> </w:t>
      </w:r>
      <w:proofErr w:type="spellStart"/>
      <w:r w:rsidRPr="00D128E8">
        <w:rPr>
          <w:rFonts w:ascii="Narkisim" w:hAnsi="Narkisim" w:cs="Narkisim"/>
          <w:b/>
        </w:rPr>
        <w:t>לתפוס</w:t>
      </w:r>
      <w:proofErr w:type="spellEnd"/>
      <w:r w:rsidRPr="00D128E8">
        <w:rPr>
          <w:rFonts w:ascii="Narkisim" w:hAnsi="Narkisim" w:cs="Narkisim"/>
          <w:b/>
        </w:rPr>
        <w:t xml:space="preserve"> </w:t>
      </w:r>
      <w:proofErr w:type="spellStart"/>
      <w:r w:rsidRPr="00D128E8">
        <w:rPr>
          <w:rFonts w:ascii="Narkisim" w:hAnsi="Narkisim" w:cs="Narkisim"/>
          <w:b/>
        </w:rPr>
        <w:t>בשתי</w:t>
      </w:r>
      <w:proofErr w:type="spellEnd"/>
      <w:r w:rsidRPr="00D128E8">
        <w:rPr>
          <w:rFonts w:ascii="Narkisim" w:hAnsi="Narkisim" w:cs="Narkisim"/>
          <w:b/>
        </w:rPr>
        <w:t xml:space="preserve"> </w:t>
      </w:r>
      <w:proofErr w:type="spellStart"/>
      <w:r w:rsidRPr="00D128E8">
        <w:rPr>
          <w:rFonts w:ascii="Narkisim" w:hAnsi="Narkisim" w:cs="Narkisim"/>
          <w:b/>
        </w:rPr>
        <w:t>ידיים</w:t>
      </w:r>
      <w:proofErr w:type="spellEnd"/>
      <w:r w:rsidR="0046588F">
        <w:rPr>
          <w:rFonts w:ascii="Narkisim" w:hAnsi="Narkisim" w:cs="Narkisim" w:hint="cs"/>
          <w:b/>
          <w:rtl/>
          <w:lang w:bidi="he-IL"/>
        </w:rPr>
        <w:t>.</w:t>
      </w:r>
    </w:p>
    <w:p w14:paraId="0EEDA882" w14:textId="482A0039" w:rsidR="00D53D7D" w:rsidRPr="00D128E8" w:rsidRDefault="00B64061" w:rsidP="0046588F">
      <w:pPr>
        <w:bidi/>
        <w:spacing w:after="120" w:line="240" w:lineRule="auto"/>
        <w:rPr>
          <w:rFonts w:ascii="Narkisim" w:hAnsi="Narkisim" w:cs="Narkisim" w:hint="cs"/>
          <w:lang w:bidi="he-IL"/>
        </w:rPr>
      </w:pPr>
      <w:r w:rsidRPr="00D128E8">
        <w:rPr>
          <w:rFonts w:ascii="Narkisim" w:hAnsi="Narkisim" w:cs="Narkisim"/>
          <w:b/>
        </w:rPr>
        <w:t>ההזדמנות</w:t>
      </w:r>
      <w:r w:rsidRPr="00D128E8">
        <w:rPr>
          <w:rFonts w:ascii="Narkisim" w:hAnsi="Narkisim" w:cs="Narkisim"/>
          <w:b/>
        </w:rPr>
        <w:t xml:space="preserve"> </w:t>
      </w:r>
      <w:r w:rsidRPr="00D128E8">
        <w:rPr>
          <w:rFonts w:ascii="Narkisim" w:hAnsi="Narkisim" w:cs="Narkisim"/>
          <w:b/>
        </w:rPr>
        <w:t>שנולדה</w:t>
      </w:r>
      <w:r w:rsidRPr="00D128E8">
        <w:rPr>
          <w:rFonts w:ascii="Narkisim" w:hAnsi="Narkisim" w:cs="Narkisim"/>
          <w:b/>
        </w:rPr>
        <w:t xml:space="preserve"> </w:t>
      </w:r>
      <w:r w:rsidRPr="00D128E8">
        <w:rPr>
          <w:rFonts w:ascii="Narkisim" w:hAnsi="Narkisim" w:cs="Narkisim"/>
          <w:b/>
        </w:rPr>
        <w:t>מתוך</w:t>
      </w:r>
      <w:r w:rsidRPr="00D128E8">
        <w:rPr>
          <w:rFonts w:ascii="Narkisim" w:hAnsi="Narkisim" w:cs="Narkisim"/>
          <w:b/>
        </w:rPr>
        <w:t xml:space="preserve"> </w:t>
      </w:r>
      <w:r w:rsidRPr="00D128E8">
        <w:rPr>
          <w:rFonts w:ascii="Narkisim" w:hAnsi="Narkisim" w:cs="Narkisim"/>
          <w:b/>
        </w:rPr>
        <w:t>השבר</w:t>
      </w:r>
      <w:r w:rsidRPr="00D128E8">
        <w:rPr>
          <w:rFonts w:ascii="Narkisim" w:hAnsi="Narkisim" w:cs="Narkisim"/>
          <w:b/>
        </w:rPr>
        <w:t xml:space="preserve"> </w:t>
      </w:r>
      <w:r w:rsidRPr="00D128E8">
        <w:rPr>
          <w:rFonts w:ascii="Narkisim" w:hAnsi="Narkisim" w:cs="Narkisim"/>
          <w:b/>
        </w:rPr>
        <w:t>הגדול</w:t>
      </w:r>
      <w:r w:rsidRPr="00D128E8">
        <w:rPr>
          <w:rFonts w:ascii="Narkisim" w:hAnsi="Narkisim" w:cs="Narkisim"/>
          <w:b/>
        </w:rPr>
        <w:t xml:space="preserve"> </w:t>
      </w:r>
      <w:r w:rsidRPr="00D128E8">
        <w:rPr>
          <w:rFonts w:ascii="Narkisim" w:hAnsi="Narkisim" w:cs="Narkisim"/>
          <w:b/>
        </w:rPr>
        <w:t>ביותר</w:t>
      </w:r>
      <w:r w:rsidRPr="00D128E8">
        <w:rPr>
          <w:rFonts w:ascii="Narkisim" w:hAnsi="Narkisim" w:cs="Narkisim"/>
          <w:b/>
        </w:rPr>
        <w:t xml:space="preserve"> </w:t>
      </w:r>
      <w:r w:rsidRPr="00D128E8">
        <w:rPr>
          <w:rFonts w:ascii="Narkisim" w:hAnsi="Narkisim" w:cs="Narkisim"/>
          <w:b/>
        </w:rPr>
        <w:t>בתולדות</w:t>
      </w:r>
      <w:r w:rsidRPr="00D128E8">
        <w:rPr>
          <w:rFonts w:ascii="Narkisim" w:hAnsi="Narkisim" w:cs="Narkisim"/>
          <w:b/>
        </w:rPr>
        <w:t xml:space="preserve"> </w:t>
      </w:r>
      <w:r w:rsidRPr="00D128E8">
        <w:rPr>
          <w:rFonts w:ascii="Narkisim" w:hAnsi="Narkisim" w:cs="Narkisim"/>
          <w:b/>
        </w:rPr>
        <w:t>המדינה</w:t>
      </w:r>
      <w:r w:rsidRPr="00D128E8">
        <w:rPr>
          <w:rFonts w:ascii="Narkisim" w:hAnsi="Narkisim" w:cs="Narkisim"/>
          <w:b/>
        </w:rPr>
        <w:t xml:space="preserve"> </w:t>
      </w:r>
      <w:r w:rsidRPr="00D128E8">
        <w:rPr>
          <w:rFonts w:ascii="Narkisim" w:hAnsi="Narkisim" w:cs="Narkisim"/>
          <w:b/>
        </w:rPr>
        <w:t>שלנו</w:t>
      </w:r>
      <w:r w:rsidRPr="00D128E8">
        <w:rPr>
          <w:rFonts w:ascii="Narkisim" w:hAnsi="Narkisim" w:cs="Narkisim"/>
          <w:b/>
        </w:rPr>
        <w:t xml:space="preserve">. </w:t>
      </w:r>
      <w:r w:rsidRPr="00D128E8">
        <w:rPr>
          <w:rFonts w:ascii="Narkisim" w:hAnsi="Narkisim" w:cs="Narkisim"/>
          <w:b/>
        </w:rPr>
        <w:t>שהתעוררה</w:t>
      </w:r>
      <w:r w:rsidRPr="00D128E8">
        <w:rPr>
          <w:rFonts w:ascii="Narkisim" w:hAnsi="Narkisim" w:cs="Narkisim"/>
          <w:b/>
        </w:rPr>
        <w:t xml:space="preserve"> </w:t>
      </w:r>
      <w:r w:rsidRPr="00D128E8">
        <w:rPr>
          <w:rFonts w:ascii="Narkisim" w:hAnsi="Narkisim" w:cs="Narkisim"/>
          <w:b/>
        </w:rPr>
        <w:t>מתוך</w:t>
      </w:r>
      <w:r w:rsidRPr="00D128E8">
        <w:rPr>
          <w:rFonts w:ascii="Narkisim" w:hAnsi="Narkisim" w:cs="Narkisim"/>
          <w:b/>
        </w:rPr>
        <w:t xml:space="preserve"> </w:t>
      </w:r>
      <w:r w:rsidRPr="00D128E8">
        <w:rPr>
          <w:rFonts w:ascii="Narkisim" w:hAnsi="Narkisim" w:cs="Narkisim"/>
          <w:b/>
        </w:rPr>
        <w:t>רגש</w:t>
      </w:r>
      <w:r w:rsidRPr="00D128E8">
        <w:rPr>
          <w:rFonts w:ascii="Narkisim" w:hAnsi="Narkisim" w:cs="Narkisim"/>
          <w:b/>
        </w:rPr>
        <w:t xml:space="preserve"> </w:t>
      </w:r>
      <w:r w:rsidRPr="00D128E8">
        <w:rPr>
          <w:rFonts w:ascii="Narkisim" w:hAnsi="Narkisim" w:cs="Narkisim"/>
          <w:b/>
        </w:rPr>
        <w:t>עמוק</w:t>
      </w:r>
      <w:r w:rsidRPr="00D128E8">
        <w:rPr>
          <w:rFonts w:ascii="Narkisim" w:hAnsi="Narkisim" w:cs="Narkisim"/>
          <w:b/>
        </w:rPr>
        <w:t xml:space="preserve"> </w:t>
      </w:r>
      <w:r w:rsidRPr="00D128E8">
        <w:rPr>
          <w:rFonts w:ascii="Narkisim" w:hAnsi="Narkisim" w:cs="Narkisim"/>
          <w:b/>
        </w:rPr>
        <w:t>של</w:t>
      </w:r>
      <w:r w:rsidRPr="00D128E8">
        <w:rPr>
          <w:rFonts w:ascii="Narkisim" w:hAnsi="Narkisim" w:cs="Narkisim"/>
          <w:b/>
        </w:rPr>
        <w:t xml:space="preserve"> </w:t>
      </w:r>
      <w:r w:rsidRPr="00D128E8">
        <w:rPr>
          <w:rFonts w:ascii="Narkisim" w:hAnsi="Narkisim" w:cs="Narkisim"/>
          <w:b/>
        </w:rPr>
        <w:t>ערבות</w:t>
      </w:r>
      <w:r w:rsidRPr="00D128E8">
        <w:rPr>
          <w:rFonts w:ascii="Narkisim" w:hAnsi="Narkisim" w:cs="Narkisim"/>
          <w:b/>
        </w:rPr>
        <w:t xml:space="preserve"> </w:t>
      </w:r>
      <w:r w:rsidRPr="00D128E8">
        <w:rPr>
          <w:rFonts w:ascii="Narkisim" w:hAnsi="Narkisim" w:cs="Narkisim"/>
          <w:b/>
        </w:rPr>
        <w:t>ושותפות</w:t>
      </w:r>
      <w:r w:rsidRPr="00D128E8">
        <w:rPr>
          <w:rFonts w:ascii="Narkisim" w:hAnsi="Narkisim" w:cs="Narkisim"/>
          <w:b/>
        </w:rPr>
        <w:t xml:space="preserve"> </w:t>
      </w:r>
      <w:r w:rsidRPr="00D128E8">
        <w:rPr>
          <w:rFonts w:ascii="Narkisim" w:hAnsi="Narkisim" w:cs="Narkisim"/>
          <w:b/>
        </w:rPr>
        <w:t>גורל</w:t>
      </w:r>
      <w:r w:rsidRPr="00D128E8">
        <w:rPr>
          <w:rFonts w:ascii="Narkisim" w:hAnsi="Narkisim" w:cs="Narkisim"/>
          <w:b/>
        </w:rPr>
        <w:t xml:space="preserve"> </w:t>
      </w:r>
      <w:r w:rsidRPr="00D128E8">
        <w:rPr>
          <w:rFonts w:ascii="Narkisim" w:hAnsi="Narkisim" w:cs="Narkisim"/>
          <w:b/>
        </w:rPr>
        <w:t>ששטף</w:t>
      </w:r>
      <w:r w:rsidRPr="00D128E8">
        <w:rPr>
          <w:rFonts w:ascii="Narkisim" w:hAnsi="Narkisim" w:cs="Narkisim"/>
          <w:b/>
        </w:rPr>
        <w:t xml:space="preserve"> </w:t>
      </w:r>
      <w:r w:rsidRPr="00D128E8">
        <w:rPr>
          <w:rFonts w:ascii="Narkisim" w:hAnsi="Narkisim" w:cs="Narkisim"/>
          <w:b/>
        </w:rPr>
        <w:t>אותנו</w:t>
      </w:r>
      <w:r w:rsidRPr="00D128E8">
        <w:rPr>
          <w:rFonts w:ascii="Narkisim" w:hAnsi="Narkisim" w:cs="Narkisim"/>
          <w:b/>
        </w:rPr>
        <w:t xml:space="preserve">... </w:t>
      </w:r>
      <w:r w:rsidRPr="00D128E8">
        <w:rPr>
          <w:rFonts w:ascii="Narkisim" w:hAnsi="Narkisim" w:cs="Narkisim"/>
          <w:b/>
        </w:rPr>
        <w:t>ההזדמנות</w:t>
      </w:r>
      <w:r w:rsidRPr="00D128E8">
        <w:rPr>
          <w:rFonts w:ascii="Narkisim" w:hAnsi="Narkisim" w:cs="Narkisim"/>
          <w:b/>
        </w:rPr>
        <w:t xml:space="preserve"> </w:t>
      </w:r>
      <w:r w:rsidRPr="00D128E8">
        <w:rPr>
          <w:rFonts w:ascii="Narkisim" w:hAnsi="Narkisim" w:cs="Narkisim"/>
          <w:b/>
        </w:rPr>
        <w:t>לאחות</w:t>
      </w:r>
      <w:r w:rsidRPr="00D128E8">
        <w:rPr>
          <w:rFonts w:ascii="Narkisim" w:hAnsi="Narkisim" w:cs="Narkisim"/>
          <w:b/>
        </w:rPr>
        <w:t xml:space="preserve"> </w:t>
      </w:r>
      <w:r w:rsidRPr="00D128E8">
        <w:rPr>
          <w:rFonts w:ascii="Narkisim" w:hAnsi="Narkisim" w:cs="Narkisim"/>
          <w:b/>
        </w:rPr>
        <w:t>ולאיחוי</w:t>
      </w:r>
      <w:r w:rsidRPr="00D128E8">
        <w:rPr>
          <w:rFonts w:ascii="Narkisim" w:hAnsi="Narkisim" w:cs="Narkisim"/>
          <w:b/>
        </w:rPr>
        <w:t xml:space="preserve"> </w:t>
      </w:r>
      <w:r w:rsidRPr="00D128E8">
        <w:rPr>
          <w:rFonts w:ascii="Narkisim" w:hAnsi="Narkisim" w:cs="Narkisim"/>
          <w:b/>
        </w:rPr>
        <w:t>הקרעים</w:t>
      </w:r>
      <w:r w:rsidRPr="00D128E8">
        <w:rPr>
          <w:rFonts w:ascii="Narkisim" w:hAnsi="Narkisim" w:cs="Narkisim"/>
          <w:b/>
        </w:rPr>
        <w:t xml:space="preserve">. </w:t>
      </w:r>
      <w:r w:rsidRPr="00D128E8">
        <w:rPr>
          <w:rFonts w:ascii="Narkisim" w:hAnsi="Narkisim" w:cs="Narkisim"/>
          <w:b/>
        </w:rPr>
        <w:t>כולנו</w:t>
      </w:r>
      <w:r w:rsidRPr="00D128E8">
        <w:rPr>
          <w:rFonts w:ascii="Narkisim" w:hAnsi="Narkisim" w:cs="Narkisim"/>
          <w:b/>
        </w:rPr>
        <w:t xml:space="preserve"> </w:t>
      </w:r>
      <w:r w:rsidRPr="00D128E8">
        <w:rPr>
          <w:rFonts w:ascii="Narkisim" w:hAnsi="Narkisim" w:cs="Narkisim"/>
          <w:b/>
        </w:rPr>
        <w:t>זוכרים</w:t>
      </w:r>
      <w:r w:rsidRPr="00D128E8">
        <w:rPr>
          <w:rFonts w:ascii="Narkisim" w:hAnsi="Narkisim" w:cs="Narkisim"/>
          <w:b/>
        </w:rPr>
        <w:t xml:space="preserve"> </w:t>
      </w:r>
      <w:r w:rsidRPr="00D128E8">
        <w:rPr>
          <w:rFonts w:ascii="Narkisim" w:hAnsi="Narkisim" w:cs="Narkisim"/>
          <w:b/>
        </w:rPr>
        <w:t>איך</w:t>
      </w:r>
      <w:r w:rsidRPr="00D128E8">
        <w:rPr>
          <w:rFonts w:ascii="Narkisim" w:hAnsi="Narkisim" w:cs="Narkisim"/>
          <w:b/>
        </w:rPr>
        <w:t xml:space="preserve"> </w:t>
      </w:r>
      <w:r w:rsidRPr="00D128E8">
        <w:rPr>
          <w:rFonts w:ascii="Narkisim" w:hAnsi="Narkisim" w:cs="Narkisim"/>
          <w:b/>
        </w:rPr>
        <w:t>נוכח</w:t>
      </w:r>
      <w:r w:rsidRPr="00D128E8">
        <w:rPr>
          <w:rFonts w:ascii="Narkisim" w:hAnsi="Narkisim" w:cs="Narkisim"/>
          <w:b/>
        </w:rPr>
        <w:t xml:space="preserve"> </w:t>
      </w:r>
      <w:r w:rsidRPr="00D128E8">
        <w:rPr>
          <w:rFonts w:ascii="Narkisim" w:hAnsi="Narkisim" w:cs="Narkisim"/>
          <w:b/>
        </w:rPr>
        <w:t>השבר</w:t>
      </w:r>
      <w:r w:rsidRPr="00D128E8">
        <w:rPr>
          <w:rFonts w:ascii="Narkisim" w:hAnsi="Narkisim" w:cs="Narkisim"/>
          <w:b/>
        </w:rPr>
        <w:t xml:space="preserve"> </w:t>
      </w:r>
      <w:r w:rsidRPr="00D128E8">
        <w:rPr>
          <w:rFonts w:ascii="Narkisim" w:hAnsi="Narkisim" w:cs="Narkisim"/>
          <w:b/>
        </w:rPr>
        <w:t>ב־</w:t>
      </w:r>
      <w:r w:rsidRPr="00D128E8">
        <w:rPr>
          <w:rFonts w:ascii="Narkisim" w:hAnsi="Narkisim" w:cs="Narkisim"/>
          <w:b/>
        </w:rPr>
        <w:t xml:space="preserve">7 </w:t>
      </w:r>
      <w:r w:rsidRPr="00D128E8">
        <w:rPr>
          <w:rFonts w:ascii="Narkisim" w:hAnsi="Narkisim" w:cs="Narkisim"/>
          <w:b/>
        </w:rPr>
        <w:t>באוקטובר</w:t>
      </w:r>
      <w:r w:rsidRPr="00D128E8">
        <w:rPr>
          <w:rFonts w:ascii="Narkisim" w:hAnsi="Narkisim" w:cs="Narkisim"/>
          <w:b/>
        </w:rPr>
        <w:t xml:space="preserve">, </w:t>
      </w:r>
      <w:r w:rsidRPr="00D128E8">
        <w:rPr>
          <w:rFonts w:ascii="Narkisim" w:hAnsi="Narkisim" w:cs="Narkisim"/>
          <w:b/>
        </w:rPr>
        <w:t>מתוך</w:t>
      </w:r>
      <w:r w:rsidRPr="00D128E8">
        <w:rPr>
          <w:rFonts w:ascii="Narkisim" w:hAnsi="Narkisim" w:cs="Narkisim"/>
          <w:b/>
        </w:rPr>
        <w:t xml:space="preserve"> </w:t>
      </w:r>
      <w:r w:rsidRPr="00D128E8">
        <w:rPr>
          <w:rFonts w:ascii="Narkisim" w:hAnsi="Narkisim" w:cs="Narkisim"/>
          <w:b/>
        </w:rPr>
        <w:t>התהום</w:t>
      </w:r>
      <w:r w:rsidRPr="00D128E8">
        <w:rPr>
          <w:rFonts w:ascii="Narkisim" w:hAnsi="Narkisim" w:cs="Narkisim"/>
          <w:b/>
        </w:rPr>
        <w:t xml:space="preserve"> </w:t>
      </w:r>
      <w:r w:rsidRPr="00D128E8">
        <w:rPr>
          <w:rFonts w:ascii="Narkisim" w:hAnsi="Narkisim" w:cs="Narkisim"/>
          <w:b/>
        </w:rPr>
        <w:t>שנפערה</w:t>
      </w:r>
      <w:r w:rsidRPr="00D128E8">
        <w:rPr>
          <w:rFonts w:ascii="Narkisim" w:hAnsi="Narkisim" w:cs="Narkisim"/>
          <w:b/>
        </w:rPr>
        <w:t xml:space="preserve"> </w:t>
      </w:r>
      <w:r w:rsidRPr="00D128E8">
        <w:rPr>
          <w:rFonts w:ascii="Narkisim" w:hAnsi="Narkisim" w:cs="Narkisim"/>
          <w:b/>
        </w:rPr>
        <w:t>בחיינו</w:t>
      </w:r>
      <w:r w:rsidRPr="00D128E8">
        <w:rPr>
          <w:rFonts w:ascii="Narkisim" w:hAnsi="Narkisim" w:cs="Narkisim"/>
          <w:b/>
        </w:rPr>
        <w:t xml:space="preserve">, </w:t>
      </w:r>
      <w:r w:rsidRPr="00D128E8">
        <w:rPr>
          <w:rFonts w:ascii="Narkisim" w:hAnsi="Narkisim" w:cs="Narkisim"/>
          <w:b/>
        </w:rPr>
        <w:t>נשבה</w:t>
      </w:r>
      <w:r w:rsidRPr="00D128E8">
        <w:rPr>
          <w:rFonts w:ascii="Narkisim" w:hAnsi="Narkisim" w:cs="Narkisim"/>
          <w:b/>
        </w:rPr>
        <w:t xml:space="preserve"> </w:t>
      </w:r>
      <w:r w:rsidRPr="00D128E8">
        <w:rPr>
          <w:rFonts w:ascii="Narkisim" w:hAnsi="Narkisim" w:cs="Narkisim"/>
          <w:b/>
        </w:rPr>
        <w:t>פתאום</w:t>
      </w:r>
      <w:r w:rsidRPr="00D128E8">
        <w:rPr>
          <w:rFonts w:ascii="Narkisim" w:hAnsi="Narkisim" w:cs="Narkisim"/>
          <w:b/>
        </w:rPr>
        <w:t xml:space="preserve"> </w:t>
      </w:r>
      <w:r w:rsidRPr="00D128E8">
        <w:rPr>
          <w:rFonts w:ascii="Narkisim" w:hAnsi="Narkisim" w:cs="Narkisim"/>
          <w:b/>
        </w:rPr>
        <w:t>רוח</w:t>
      </w:r>
      <w:r w:rsidRPr="00D128E8">
        <w:rPr>
          <w:rFonts w:ascii="Narkisim" w:hAnsi="Narkisim" w:cs="Narkisim"/>
          <w:b/>
        </w:rPr>
        <w:t xml:space="preserve"> </w:t>
      </w:r>
      <w:r w:rsidRPr="00D128E8">
        <w:rPr>
          <w:rFonts w:ascii="Narkisim" w:hAnsi="Narkisim" w:cs="Narkisim"/>
          <w:b/>
        </w:rPr>
        <w:t>חזקה</w:t>
      </w:r>
      <w:r w:rsidRPr="00D128E8">
        <w:rPr>
          <w:rFonts w:ascii="Narkisim" w:hAnsi="Narkisim" w:cs="Narkisim"/>
          <w:b/>
        </w:rPr>
        <w:t xml:space="preserve">, </w:t>
      </w:r>
      <w:r w:rsidRPr="00D128E8">
        <w:rPr>
          <w:rFonts w:ascii="Narkisim" w:hAnsi="Narkisim" w:cs="Narkisim"/>
          <w:b/>
        </w:rPr>
        <w:t>מפתיעה</w:t>
      </w:r>
      <w:r w:rsidRPr="00D128E8">
        <w:rPr>
          <w:rFonts w:ascii="Narkisim" w:hAnsi="Narkisim" w:cs="Narkisim"/>
          <w:b/>
        </w:rPr>
        <w:t xml:space="preserve">, </w:t>
      </w:r>
      <w:r w:rsidRPr="00D128E8">
        <w:rPr>
          <w:rFonts w:ascii="Narkisim" w:hAnsi="Narkisim" w:cs="Narkisim"/>
          <w:b/>
        </w:rPr>
        <w:t>של</w:t>
      </w:r>
      <w:r w:rsidRPr="00D128E8">
        <w:rPr>
          <w:rFonts w:ascii="Narkisim" w:hAnsi="Narkisim" w:cs="Narkisim"/>
          <w:b/>
        </w:rPr>
        <w:t xml:space="preserve"> </w:t>
      </w:r>
      <w:r w:rsidRPr="00D128E8">
        <w:rPr>
          <w:rFonts w:ascii="Narkisim" w:hAnsi="Narkisim" w:cs="Narkisim"/>
          <w:b/>
        </w:rPr>
        <w:t>אהבת</w:t>
      </w:r>
      <w:r w:rsidRPr="00D128E8">
        <w:rPr>
          <w:rFonts w:ascii="Narkisim" w:hAnsi="Narkisim" w:cs="Narkisim"/>
          <w:b/>
        </w:rPr>
        <w:t xml:space="preserve"> </w:t>
      </w:r>
      <w:r w:rsidRPr="00D128E8">
        <w:rPr>
          <w:rFonts w:ascii="Narkisim" w:hAnsi="Narkisim" w:cs="Narkisim"/>
          <w:b/>
        </w:rPr>
        <w:t>אחים</w:t>
      </w:r>
      <w:r w:rsidRPr="00D128E8">
        <w:rPr>
          <w:rFonts w:ascii="Narkisim" w:hAnsi="Narkisim" w:cs="Narkisim"/>
          <w:b/>
        </w:rPr>
        <w:t xml:space="preserve"> </w:t>
      </w:r>
      <w:r w:rsidRPr="00D128E8">
        <w:rPr>
          <w:rFonts w:ascii="Narkisim" w:hAnsi="Narkisim" w:cs="Narkisim"/>
          <w:b/>
        </w:rPr>
        <w:t>ואחיות</w:t>
      </w:r>
      <w:r w:rsidRPr="00D128E8">
        <w:rPr>
          <w:rFonts w:ascii="Narkisim" w:hAnsi="Narkisim" w:cs="Narkisim"/>
          <w:b/>
        </w:rPr>
        <w:t xml:space="preserve">. </w:t>
      </w:r>
      <w:r w:rsidRPr="00D128E8">
        <w:rPr>
          <w:rFonts w:ascii="Narkisim" w:hAnsi="Narkisim" w:cs="Narkisim"/>
          <w:b/>
        </w:rPr>
        <w:t>של</w:t>
      </w:r>
      <w:r w:rsidRPr="00D128E8">
        <w:rPr>
          <w:rFonts w:ascii="Narkisim" w:hAnsi="Narkisim" w:cs="Narkisim"/>
          <w:b/>
        </w:rPr>
        <w:t xml:space="preserve"> </w:t>
      </w:r>
      <w:r w:rsidRPr="00D128E8">
        <w:rPr>
          <w:rFonts w:ascii="Narkisim" w:hAnsi="Narkisim" w:cs="Narkisim"/>
          <w:b/>
        </w:rPr>
        <w:t>שבירת</w:t>
      </w:r>
      <w:r w:rsidRPr="00D128E8">
        <w:rPr>
          <w:rFonts w:ascii="Narkisim" w:hAnsi="Narkisim" w:cs="Narkisim"/>
          <w:b/>
        </w:rPr>
        <w:t xml:space="preserve"> </w:t>
      </w:r>
      <w:r w:rsidRPr="00D128E8">
        <w:rPr>
          <w:rFonts w:ascii="Narkisim" w:hAnsi="Narkisim" w:cs="Narkisim"/>
          <w:b/>
        </w:rPr>
        <w:t>מחיצות</w:t>
      </w:r>
      <w:r w:rsidRPr="00D128E8">
        <w:rPr>
          <w:rFonts w:ascii="Narkisim" w:hAnsi="Narkisim" w:cs="Narkisim"/>
          <w:b/>
        </w:rPr>
        <w:t xml:space="preserve">, </w:t>
      </w:r>
      <w:r w:rsidRPr="00D128E8">
        <w:rPr>
          <w:rFonts w:ascii="Narkisim" w:hAnsi="Narkisim" w:cs="Narkisim"/>
          <w:b/>
        </w:rPr>
        <w:t>של</w:t>
      </w:r>
      <w:r w:rsidRPr="00D128E8">
        <w:rPr>
          <w:rFonts w:ascii="Narkisim" w:hAnsi="Narkisim" w:cs="Narkisim"/>
          <w:b/>
        </w:rPr>
        <w:t xml:space="preserve"> </w:t>
      </w:r>
      <w:r w:rsidRPr="00D128E8">
        <w:rPr>
          <w:rFonts w:ascii="Narkisim" w:hAnsi="Narkisim" w:cs="Narkisim"/>
          <w:b/>
        </w:rPr>
        <w:t>אחדות</w:t>
      </w:r>
      <w:r w:rsidRPr="00D128E8">
        <w:rPr>
          <w:rFonts w:ascii="Narkisim" w:hAnsi="Narkisim" w:cs="Narkisim"/>
          <w:b/>
        </w:rPr>
        <w:t xml:space="preserve">. </w:t>
      </w:r>
      <w:proofErr w:type="spellStart"/>
      <w:r w:rsidRPr="00D128E8">
        <w:rPr>
          <w:rFonts w:ascii="Narkisim" w:hAnsi="Narkisim" w:cs="Narkisim"/>
          <w:b/>
        </w:rPr>
        <w:t>כולנו</w:t>
      </w:r>
      <w:proofErr w:type="spellEnd"/>
      <w:r w:rsidRPr="00D128E8">
        <w:rPr>
          <w:rFonts w:ascii="Narkisim" w:hAnsi="Narkisim" w:cs="Narkisim"/>
          <w:b/>
        </w:rPr>
        <w:t xml:space="preserve"> </w:t>
      </w:r>
      <w:proofErr w:type="spellStart"/>
      <w:r w:rsidRPr="00D128E8">
        <w:rPr>
          <w:rFonts w:ascii="Narkisim" w:hAnsi="Narkisim" w:cs="Narkisim"/>
          <w:b/>
        </w:rPr>
        <w:t>הרגשנו</w:t>
      </w:r>
      <w:proofErr w:type="spellEnd"/>
      <w:r w:rsidRPr="00D128E8">
        <w:rPr>
          <w:rFonts w:ascii="Narkisim" w:hAnsi="Narkisim" w:cs="Narkisim"/>
          <w:b/>
        </w:rPr>
        <w:t xml:space="preserve"> </w:t>
      </w:r>
      <w:proofErr w:type="spellStart"/>
      <w:r w:rsidRPr="00D128E8">
        <w:rPr>
          <w:rFonts w:ascii="Narkisim" w:hAnsi="Narkisim" w:cs="Narkisim"/>
          <w:b/>
        </w:rPr>
        <w:t>אותה</w:t>
      </w:r>
      <w:proofErr w:type="spellEnd"/>
      <w:r w:rsidR="0046588F">
        <w:rPr>
          <w:rFonts w:ascii="Narkisim" w:hAnsi="Narkisim" w:cs="Narkisim" w:hint="cs"/>
          <w:b/>
          <w:rtl/>
          <w:lang w:bidi="he-IL"/>
        </w:rPr>
        <w:t>.</w:t>
      </w:r>
    </w:p>
    <w:p w14:paraId="4E663414" w14:textId="0E575A6F" w:rsidR="00D53D7D" w:rsidRPr="00D128E8" w:rsidRDefault="00B64061" w:rsidP="0046588F">
      <w:pPr>
        <w:bidi/>
        <w:spacing w:after="120" w:line="240" w:lineRule="auto"/>
        <w:rPr>
          <w:rFonts w:ascii="Narkisim" w:hAnsi="Narkisim" w:cs="Narkisim" w:hint="cs"/>
          <w:lang w:bidi="he-IL"/>
        </w:rPr>
      </w:pPr>
      <w:proofErr w:type="spellStart"/>
      <w:r w:rsidRPr="00D128E8">
        <w:rPr>
          <w:rFonts w:ascii="Narkisim" w:hAnsi="Narkisim" w:cs="Narkisim"/>
          <w:b/>
        </w:rPr>
        <w:t>הרוח</w:t>
      </w:r>
      <w:proofErr w:type="spellEnd"/>
      <w:r w:rsidRPr="00D128E8">
        <w:rPr>
          <w:rFonts w:ascii="Narkisim" w:hAnsi="Narkisim" w:cs="Narkisim"/>
          <w:b/>
        </w:rPr>
        <w:t xml:space="preserve"> </w:t>
      </w:r>
      <w:proofErr w:type="spellStart"/>
      <w:r w:rsidRPr="00D128E8">
        <w:rPr>
          <w:rFonts w:ascii="Narkisim" w:hAnsi="Narkisim" w:cs="Narkisim"/>
          <w:b/>
        </w:rPr>
        <w:t>הזאת</w:t>
      </w:r>
      <w:proofErr w:type="spellEnd"/>
      <w:r w:rsidRPr="00D128E8">
        <w:rPr>
          <w:rFonts w:ascii="Narkisim" w:hAnsi="Narkisim" w:cs="Narkisim"/>
          <w:b/>
        </w:rPr>
        <w:t xml:space="preserve">, </w:t>
      </w:r>
      <w:proofErr w:type="spellStart"/>
      <w:r w:rsidRPr="00D128E8">
        <w:rPr>
          <w:rFonts w:ascii="Narkisim" w:hAnsi="Narkisim" w:cs="Narkisim"/>
          <w:b/>
        </w:rPr>
        <w:t>שבאה</w:t>
      </w:r>
      <w:proofErr w:type="spellEnd"/>
      <w:r w:rsidRPr="00D128E8">
        <w:rPr>
          <w:rFonts w:ascii="Narkisim" w:hAnsi="Narkisim" w:cs="Narkisim"/>
          <w:b/>
        </w:rPr>
        <w:t xml:space="preserve"> </w:t>
      </w:r>
      <w:proofErr w:type="spellStart"/>
      <w:r w:rsidRPr="00D128E8">
        <w:rPr>
          <w:rFonts w:ascii="Narkisim" w:hAnsi="Narkisim" w:cs="Narkisim"/>
          <w:b/>
        </w:rPr>
        <w:t>מתוך</w:t>
      </w:r>
      <w:proofErr w:type="spellEnd"/>
      <w:r w:rsidRPr="00D128E8">
        <w:rPr>
          <w:rFonts w:ascii="Narkisim" w:hAnsi="Narkisim" w:cs="Narkisim"/>
          <w:b/>
        </w:rPr>
        <w:t xml:space="preserve"> </w:t>
      </w:r>
      <w:r w:rsidRPr="00D128E8">
        <w:rPr>
          <w:rFonts w:ascii="Narkisim" w:hAnsi="Narkisim" w:cs="Narkisim"/>
          <w:b/>
        </w:rPr>
        <w:t>סערה</w:t>
      </w:r>
      <w:r w:rsidRPr="00D128E8">
        <w:rPr>
          <w:rFonts w:ascii="Narkisim" w:hAnsi="Narkisim" w:cs="Narkisim"/>
          <w:b/>
        </w:rPr>
        <w:t xml:space="preserve"> </w:t>
      </w:r>
      <w:r w:rsidRPr="00D128E8">
        <w:rPr>
          <w:rFonts w:ascii="Narkisim" w:hAnsi="Narkisim" w:cs="Narkisim"/>
          <w:b/>
        </w:rPr>
        <w:t>עצומה</w:t>
      </w:r>
      <w:r w:rsidRPr="00D128E8">
        <w:rPr>
          <w:rFonts w:ascii="Narkisim" w:hAnsi="Narkisim" w:cs="Narkisim"/>
          <w:b/>
        </w:rPr>
        <w:t xml:space="preserve">, </w:t>
      </w:r>
      <w:r w:rsidRPr="00D128E8">
        <w:rPr>
          <w:rFonts w:ascii="Narkisim" w:hAnsi="Narkisim" w:cs="Narkisim"/>
          <w:b/>
        </w:rPr>
        <w:t>נשאה</w:t>
      </w:r>
      <w:r w:rsidRPr="00D128E8">
        <w:rPr>
          <w:rFonts w:ascii="Narkisim" w:hAnsi="Narkisim" w:cs="Narkisim"/>
          <w:b/>
        </w:rPr>
        <w:t xml:space="preserve"> </w:t>
      </w:r>
      <w:proofErr w:type="spellStart"/>
      <w:r w:rsidRPr="00D128E8">
        <w:rPr>
          <w:rFonts w:ascii="Narkisim" w:hAnsi="Narkisim" w:cs="Narkisim"/>
          <w:b/>
        </w:rPr>
        <w:t>עמה</w:t>
      </w:r>
      <w:proofErr w:type="spellEnd"/>
      <w:r w:rsidRPr="00D128E8">
        <w:rPr>
          <w:rFonts w:ascii="Narkisim" w:hAnsi="Narkisim" w:cs="Narkisim"/>
          <w:b/>
        </w:rPr>
        <w:t xml:space="preserve"> </w:t>
      </w:r>
      <w:proofErr w:type="spellStart"/>
      <w:r w:rsidRPr="00D128E8">
        <w:rPr>
          <w:rFonts w:ascii="Narkisim" w:hAnsi="Narkisim" w:cs="Narkisim"/>
          <w:b/>
        </w:rPr>
        <w:t>בשורה</w:t>
      </w:r>
      <w:proofErr w:type="spellEnd"/>
      <w:r w:rsidRPr="00D128E8">
        <w:rPr>
          <w:rFonts w:ascii="Narkisim" w:hAnsi="Narkisim" w:cs="Narkisim"/>
          <w:b/>
        </w:rPr>
        <w:t xml:space="preserve"> </w:t>
      </w:r>
      <w:proofErr w:type="spellStart"/>
      <w:r w:rsidRPr="00D128E8">
        <w:rPr>
          <w:rFonts w:ascii="Narkisim" w:hAnsi="Narkisim" w:cs="Narkisim"/>
          <w:b/>
        </w:rPr>
        <w:t>חדשה</w:t>
      </w:r>
      <w:proofErr w:type="spellEnd"/>
      <w:r w:rsidR="004106CA">
        <w:rPr>
          <w:rFonts w:ascii="Narkisim" w:hAnsi="Narkisim" w:cs="Narkisim"/>
          <w:b/>
        </w:rPr>
        <w:t xml:space="preserve"> -</w:t>
      </w:r>
      <w:r w:rsidRPr="00D128E8">
        <w:rPr>
          <w:rFonts w:ascii="Narkisim" w:hAnsi="Narkisim" w:cs="Narkisim"/>
          <w:b/>
        </w:rPr>
        <w:t xml:space="preserve"> </w:t>
      </w:r>
      <w:proofErr w:type="spellStart"/>
      <w:r w:rsidRPr="00D128E8">
        <w:rPr>
          <w:rFonts w:ascii="Narkisim" w:hAnsi="Narkisim" w:cs="Narkisim"/>
          <w:b/>
        </w:rPr>
        <w:t>שאפשר</w:t>
      </w:r>
      <w:proofErr w:type="spellEnd"/>
      <w:r w:rsidRPr="00D128E8">
        <w:rPr>
          <w:rFonts w:ascii="Narkisim" w:hAnsi="Narkisim" w:cs="Narkisim"/>
          <w:b/>
        </w:rPr>
        <w:t xml:space="preserve"> </w:t>
      </w:r>
      <w:proofErr w:type="spellStart"/>
      <w:r w:rsidRPr="00D128E8">
        <w:rPr>
          <w:rFonts w:ascii="Narkisim" w:hAnsi="Narkisim" w:cs="Narkisim"/>
          <w:b/>
        </w:rPr>
        <w:t>גם</w:t>
      </w:r>
      <w:proofErr w:type="spellEnd"/>
      <w:r w:rsidRPr="00D128E8">
        <w:rPr>
          <w:rFonts w:ascii="Narkisim" w:hAnsi="Narkisim" w:cs="Narkisim"/>
          <w:b/>
        </w:rPr>
        <w:t xml:space="preserve"> </w:t>
      </w:r>
      <w:proofErr w:type="spellStart"/>
      <w:r w:rsidRPr="00D128E8">
        <w:rPr>
          <w:rFonts w:ascii="Narkisim" w:hAnsi="Narkisim" w:cs="Narkisim"/>
          <w:b/>
        </w:rPr>
        <w:t>אחרת</w:t>
      </w:r>
      <w:proofErr w:type="spellEnd"/>
      <w:r w:rsidRPr="00D128E8">
        <w:rPr>
          <w:rFonts w:ascii="Narkisim" w:hAnsi="Narkisim" w:cs="Narkisim"/>
          <w:b/>
        </w:rPr>
        <w:t xml:space="preserve">. </w:t>
      </w:r>
      <w:r w:rsidRPr="00D128E8">
        <w:rPr>
          <w:rFonts w:ascii="Narkisim" w:hAnsi="Narkisim" w:cs="Narkisim"/>
          <w:b/>
        </w:rPr>
        <w:t>היא</w:t>
      </w:r>
      <w:r w:rsidRPr="00D128E8">
        <w:rPr>
          <w:rFonts w:ascii="Narkisim" w:hAnsi="Narkisim" w:cs="Narkisim"/>
          <w:b/>
        </w:rPr>
        <w:t xml:space="preserve"> </w:t>
      </w:r>
      <w:r w:rsidRPr="00D128E8">
        <w:rPr>
          <w:rFonts w:ascii="Narkisim" w:hAnsi="Narkisim" w:cs="Narkisim"/>
          <w:b/>
        </w:rPr>
        <w:t>הזכירה</w:t>
      </w:r>
      <w:r w:rsidRPr="00D128E8">
        <w:rPr>
          <w:rFonts w:ascii="Narkisim" w:hAnsi="Narkisim" w:cs="Narkisim"/>
          <w:b/>
        </w:rPr>
        <w:t xml:space="preserve"> </w:t>
      </w:r>
      <w:r w:rsidRPr="00D128E8">
        <w:rPr>
          <w:rFonts w:ascii="Narkisim" w:hAnsi="Narkisim" w:cs="Narkisim"/>
          <w:b/>
        </w:rPr>
        <w:t>לנו</w:t>
      </w:r>
      <w:r w:rsidRPr="00D128E8">
        <w:rPr>
          <w:rFonts w:ascii="Narkisim" w:hAnsi="Narkisim" w:cs="Narkisim"/>
          <w:b/>
        </w:rPr>
        <w:t xml:space="preserve"> </w:t>
      </w:r>
      <w:r w:rsidRPr="00D128E8">
        <w:rPr>
          <w:rFonts w:ascii="Narkisim" w:hAnsi="Narkisim" w:cs="Narkisim"/>
          <w:b/>
        </w:rPr>
        <w:t>את</w:t>
      </w:r>
      <w:r w:rsidRPr="00D128E8">
        <w:rPr>
          <w:rFonts w:ascii="Narkisim" w:hAnsi="Narkisim" w:cs="Narkisim"/>
          <w:b/>
        </w:rPr>
        <w:t xml:space="preserve"> </w:t>
      </w:r>
      <w:r w:rsidRPr="00D128E8">
        <w:rPr>
          <w:rFonts w:ascii="Narkisim" w:hAnsi="Narkisim" w:cs="Narkisim"/>
          <w:b/>
        </w:rPr>
        <w:t>המקור</w:t>
      </w:r>
      <w:r w:rsidRPr="00D128E8">
        <w:rPr>
          <w:rFonts w:ascii="Narkisim" w:hAnsi="Narkisim" w:cs="Narkisim"/>
          <w:b/>
        </w:rPr>
        <w:t xml:space="preserve"> </w:t>
      </w:r>
      <w:r w:rsidRPr="00D128E8">
        <w:rPr>
          <w:rFonts w:ascii="Narkisim" w:hAnsi="Narkisim" w:cs="Narkisim"/>
          <w:b/>
        </w:rPr>
        <w:t>שלנו</w:t>
      </w:r>
      <w:r w:rsidRPr="00D128E8">
        <w:rPr>
          <w:rFonts w:ascii="Narkisim" w:hAnsi="Narkisim" w:cs="Narkisim"/>
          <w:b/>
        </w:rPr>
        <w:t xml:space="preserve">, </w:t>
      </w:r>
      <w:r w:rsidRPr="00D128E8">
        <w:rPr>
          <w:rFonts w:ascii="Narkisim" w:hAnsi="Narkisim" w:cs="Narkisim"/>
          <w:b/>
        </w:rPr>
        <w:t>ואת</w:t>
      </w:r>
      <w:r w:rsidRPr="00D128E8">
        <w:rPr>
          <w:rFonts w:ascii="Narkisim" w:hAnsi="Narkisim" w:cs="Narkisim"/>
          <w:b/>
        </w:rPr>
        <w:t xml:space="preserve"> </w:t>
      </w:r>
      <w:r w:rsidRPr="00D128E8">
        <w:rPr>
          <w:rFonts w:ascii="Narkisim" w:hAnsi="Narkisim" w:cs="Narkisim"/>
          <w:b/>
        </w:rPr>
        <w:t>התקווה</w:t>
      </w:r>
      <w:r w:rsidRPr="00D128E8">
        <w:rPr>
          <w:rFonts w:ascii="Narkisim" w:hAnsi="Narkisim" w:cs="Narkisim"/>
          <w:b/>
        </w:rPr>
        <w:t xml:space="preserve"> </w:t>
      </w:r>
      <w:r w:rsidRPr="00D128E8">
        <w:rPr>
          <w:rFonts w:ascii="Narkisim" w:hAnsi="Narkisim" w:cs="Narkisim"/>
          <w:b/>
        </w:rPr>
        <w:t>המשותפת</w:t>
      </w:r>
      <w:r w:rsidRPr="00D128E8">
        <w:rPr>
          <w:rFonts w:ascii="Narkisim" w:hAnsi="Narkisim" w:cs="Narkisim"/>
          <w:b/>
        </w:rPr>
        <w:t xml:space="preserve">: </w:t>
      </w:r>
      <w:r w:rsidRPr="00D128E8">
        <w:rPr>
          <w:rFonts w:ascii="Narkisim" w:hAnsi="Narkisim" w:cs="Narkisim"/>
          <w:b/>
        </w:rPr>
        <w:t>להיות</w:t>
      </w:r>
      <w:r w:rsidRPr="00D128E8">
        <w:rPr>
          <w:rFonts w:ascii="Narkisim" w:hAnsi="Narkisim" w:cs="Narkisim"/>
          <w:b/>
        </w:rPr>
        <w:t xml:space="preserve"> </w:t>
      </w:r>
      <w:r w:rsidRPr="00D128E8">
        <w:rPr>
          <w:rFonts w:ascii="Narkisim" w:hAnsi="Narkisim" w:cs="Narkisim"/>
          <w:b/>
        </w:rPr>
        <w:t>יחד</w:t>
      </w:r>
      <w:r w:rsidRPr="00D128E8">
        <w:rPr>
          <w:rFonts w:ascii="Narkisim" w:hAnsi="Narkisim" w:cs="Narkisim"/>
          <w:b/>
        </w:rPr>
        <w:t xml:space="preserve"> </w:t>
      </w:r>
      <w:r w:rsidRPr="00D128E8">
        <w:rPr>
          <w:rFonts w:ascii="Narkisim" w:hAnsi="Narkisim" w:cs="Narkisim"/>
          <w:b/>
        </w:rPr>
        <w:t>עם</w:t>
      </w:r>
      <w:r w:rsidRPr="00D128E8">
        <w:rPr>
          <w:rFonts w:ascii="Narkisim" w:hAnsi="Narkisim" w:cs="Narkisim"/>
          <w:b/>
        </w:rPr>
        <w:t xml:space="preserve"> </w:t>
      </w:r>
      <w:r w:rsidRPr="00D128E8">
        <w:rPr>
          <w:rFonts w:ascii="Narkisim" w:hAnsi="Narkisim" w:cs="Narkisim"/>
          <w:b/>
        </w:rPr>
        <w:t>חופשי</w:t>
      </w:r>
      <w:r w:rsidRPr="00D128E8">
        <w:rPr>
          <w:rFonts w:ascii="Narkisim" w:hAnsi="Narkisim" w:cs="Narkisim"/>
          <w:b/>
        </w:rPr>
        <w:t xml:space="preserve"> </w:t>
      </w:r>
      <w:r w:rsidRPr="00D128E8">
        <w:rPr>
          <w:rFonts w:ascii="Narkisim" w:hAnsi="Narkisim" w:cs="Narkisim"/>
          <w:b/>
        </w:rPr>
        <w:t>בארצנו</w:t>
      </w:r>
      <w:r w:rsidRPr="00D128E8">
        <w:rPr>
          <w:rFonts w:ascii="Narkisim" w:hAnsi="Narkisim" w:cs="Narkisim"/>
          <w:b/>
        </w:rPr>
        <w:t xml:space="preserve">, </w:t>
      </w:r>
      <w:r w:rsidRPr="00D128E8">
        <w:rPr>
          <w:rFonts w:ascii="Narkisim" w:hAnsi="Narkisim" w:cs="Narkisim"/>
          <w:b/>
        </w:rPr>
        <w:t>יחד</w:t>
      </w:r>
      <w:r w:rsidRPr="00D128E8">
        <w:rPr>
          <w:rFonts w:ascii="Narkisim" w:hAnsi="Narkisim" w:cs="Narkisim"/>
          <w:b/>
        </w:rPr>
        <w:t xml:space="preserve">. </w:t>
      </w:r>
      <w:r w:rsidRPr="00D128E8">
        <w:rPr>
          <w:rFonts w:ascii="Narkisim" w:hAnsi="Narkisim" w:cs="Narkisim"/>
          <w:b/>
        </w:rPr>
        <w:t>לצד</w:t>
      </w:r>
      <w:r w:rsidRPr="00D128E8">
        <w:rPr>
          <w:rFonts w:ascii="Narkisim" w:hAnsi="Narkisim" w:cs="Narkisim"/>
          <w:b/>
        </w:rPr>
        <w:t xml:space="preserve"> </w:t>
      </w:r>
      <w:r w:rsidRPr="00D128E8">
        <w:rPr>
          <w:rFonts w:ascii="Narkisim" w:hAnsi="Narkisim" w:cs="Narkisim"/>
          <w:b/>
        </w:rPr>
        <w:t>הכאב</w:t>
      </w:r>
      <w:r w:rsidRPr="00D128E8">
        <w:rPr>
          <w:rFonts w:ascii="Narkisim" w:hAnsi="Narkisim" w:cs="Narkisim"/>
          <w:b/>
        </w:rPr>
        <w:t xml:space="preserve"> </w:t>
      </w:r>
      <w:r w:rsidRPr="00D128E8">
        <w:rPr>
          <w:rFonts w:ascii="Narkisim" w:hAnsi="Narkisim" w:cs="Narkisim"/>
          <w:b/>
        </w:rPr>
        <w:t>האיום</w:t>
      </w:r>
      <w:r w:rsidRPr="00D128E8">
        <w:rPr>
          <w:rFonts w:ascii="Narkisim" w:hAnsi="Narkisim" w:cs="Narkisim"/>
          <w:b/>
        </w:rPr>
        <w:t xml:space="preserve"> </w:t>
      </w:r>
      <w:r w:rsidRPr="00D128E8">
        <w:rPr>
          <w:rFonts w:ascii="Narkisim" w:hAnsi="Narkisim" w:cs="Narkisim"/>
          <w:b/>
        </w:rPr>
        <w:t>שחווינו</w:t>
      </w:r>
      <w:r w:rsidRPr="00D128E8">
        <w:rPr>
          <w:rFonts w:ascii="Narkisim" w:hAnsi="Narkisim" w:cs="Narkisim"/>
          <w:b/>
        </w:rPr>
        <w:t xml:space="preserve">, </w:t>
      </w:r>
      <w:proofErr w:type="spellStart"/>
      <w:r w:rsidRPr="00D128E8">
        <w:rPr>
          <w:rFonts w:ascii="Narkisim" w:hAnsi="Narkisim" w:cs="Narkisim"/>
          <w:b/>
        </w:rPr>
        <w:t>הרוח</w:t>
      </w:r>
      <w:proofErr w:type="spellEnd"/>
      <w:r w:rsidRPr="00D128E8">
        <w:rPr>
          <w:rFonts w:ascii="Narkisim" w:hAnsi="Narkisim" w:cs="Narkisim"/>
          <w:b/>
        </w:rPr>
        <w:t xml:space="preserve"> </w:t>
      </w:r>
      <w:proofErr w:type="spellStart"/>
      <w:r w:rsidRPr="00D128E8">
        <w:rPr>
          <w:rFonts w:ascii="Narkisim" w:hAnsi="Narkisim" w:cs="Narkisim"/>
          <w:b/>
        </w:rPr>
        <w:t>גם</w:t>
      </w:r>
      <w:proofErr w:type="spellEnd"/>
      <w:r w:rsidRPr="00D128E8">
        <w:rPr>
          <w:rFonts w:ascii="Narkisim" w:hAnsi="Narkisim" w:cs="Narkisim"/>
          <w:b/>
        </w:rPr>
        <w:t xml:space="preserve"> </w:t>
      </w:r>
      <w:proofErr w:type="spellStart"/>
      <w:r w:rsidRPr="00D128E8">
        <w:rPr>
          <w:rFonts w:ascii="Narkisim" w:hAnsi="Narkisim" w:cs="Narkisim"/>
          <w:b/>
        </w:rPr>
        <w:t>אפשרה</w:t>
      </w:r>
      <w:proofErr w:type="spellEnd"/>
      <w:r w:rsidRPr="00D128E8">
        <w:rPr>
          <w:rFonts w:ascii="Narkisim" w:hAnsi="Narkisim" w:cs="Narkisim"/>
          <w:b/>
        </w:rPr>
        <w:t xml:space="preserve"> </w:t>
      </w:r>
      <w:proofErr w:type="spellStart"/>
      <w:r w:rsidRPr="00D128E8">
        <w:rPr>
          <w:rFonts w:ascii="Narkisim" w:hAnsi="Narkisim" w:cs="Narkisim"/>
          <w:b/>
        </w:rPr>
        <w:t>תיקון</w:t>
      </w:r>
      <w:proofErr w:type="spellEnd"/>
      <w:r w:rsidR="0046588F">
        <w:rPr>
          <w:rFonts w:ascii="Narkisim" w:hAnsi="Narkisim" w:cs="Narkisim" w:hint="cs"/>
          <w:b/>
          <w:rtl/>
          <w:lang w:bidi="he-IL"/>
        </w:rPr>
        <w:t>.</w:t>
      </w:r>
    </w:p>
    <w:p w14:paraId="41E8CD97" w14:textId="77777777" w:rsidR="00D53D7D" w:rsidRPr="00D128E8" w:rsidRDefault="00B64061" w:rsidP="0046588F">
      <w:pPr>
        <w:bidi/>
        <w:spacing w:after="120" w:line="240" w:lineRule="auto"/>
        <w:rPr>
          <w:rFonts w:ascii="Narkisim" w:hAnsi="Narkisim" w:cs="Narkisim"/>
        </w:rPr>
      </w:pPr>
      <w:r w:rsidRPr="00D128E8">
        <w:rPr>
          <w:rFonts w:ascii="Narkisim" w:hAnsi="Narkisim" w:cs="Narkisim"/>
          <w:b/>
        </w:rPr>
        <w:t>אבל</w:t>
      </w:r>
      <w:r w:rsidRPr="00D128E8">
        <w:rPr>
          <w:rFonts w:ascii="Narkisim" w:hAnsi="Narkisim" w:cs="Narkisim"/>
          <w:b/>
        </w:rPr>
        <w:t xml:space="preserve"> </w:t>
      </w:r>
      <w:r w:rsidRPr="00D128E8">
        <w:rPr>
          <w:rFonts w:ascii="Narkisim" w:hAnsi="Narkisim" w:cs="Narkisim"/>
          <w:b/>
        </w:rPr>
        <w:t>מאז</w:t>
      </w:r>
      <w:r w:rsidRPr="00D128E8">
        <w:rPr>
          <w:rFonts w:ascii="Narkisim" w:hAnsi="Narkisim" w:cs="Narkisim"/>
          <w:b/>
        </w:rPr>
        <w:t xml:space="preserve">, </w:t>
      </w:r>
      <w:r w:rsidRPr="00D128E8">
        <w:rPr>
          <w:rFonts w:ascii="Narkisim" w:hAnsi="Narkisim" w:cs="Narkisim"/>
          <w:b/>
        </w:rPr>
        <w:t>בכמה</w:t>
      </w:r>
      <w:r w:rsidRPr="00D128E8">
        <w:rPr>
          <w:rFonts w:ascii="Narkisim" w:hAnsi="Narkisim" w:cs="Narkisim"/>
          <w:b/>
        </w:rPr>
        <w:t xml:space="preserve"> </w:t>
      </w:r>
      <w:r w:rsidRPr="00D128E8">
        <w:rPr>
          <w:rFonts w:ascii="Narkisim" w:hAnsi="Narkisim" w:cs="Narkisim"/>
          <w:b/>
        </w:rPr>
        <w:t>שלעיתים</w:t>
      </w:r>
      <w:r w:rsidRPr="00D128E8">
        <w:rPr>
          <w:rFonts w:ascii="Narkisim" w:hAnsi="Narkisim" w:cs="Narkisim"/>
          <w:b/>
        </w:rPr>
        <w:t xml:space="preserve"> </w:t>
      </w:r>
      <w:r w:rsidRPr="00D128E8">
        <w:rPr>
          <w:rFonts w:ascii="Narkisim" w:hAnsi="Narkisim" w:cs="Narkisim"/>
          <w:b/>
        </w:rPr>
        <w:t>קרובות</w:t>
      </w:r>
      <w:r w:rsidRPr="00D128E8">
        <w:rPr>
          <w:rFonts w:ascii="Narkisim" w:hAnsi="Narkisim" w:cs="Narkisim"/>
          <w:b/>
        </w:rPr>
        <w:t xml:space="preserve"> </w:t>
      </w:r>
      <w:r w:rsidRPr="00D128E8">
        <w:rPr>
          <w:rFonts w:ascii="Narkisim" w:hAnsi="Narkisim" w:cs="Narkisim"/>
          <w:b/>
        </w:rPr>
        <w:t>מדי</w:t>
      </w:r>
      <w:r w:rsidRPr="00D128E8">
        <w:rPr>
          <w:rFonts w:ascii="Narkisim" w:hAnsi="Narkisim" w:cs="Narkisim"/>
          <w:b/>
        </w:rPr>
        <w:t xml:space="preserve"> </w:t>
      </w:r>
      <w:r w:rsidRPr="00D128E8">
        <w:rPr>
          <w:rFonts w:ascii="Narkisim" w:hAnsi="Narkisim" w:cs="Narkisim"/>
          <w:b/>
        </w:rPr>
        <w:t>אנחנו</w:t>
      </w:r>
      <w:r w:rsidRPr="00D128E8">
        <w:rPr>
          <w:rFonts w:ascii="Narkisim" w:hAnsi="Narkisim" w:cs="Narkisim"/>
          <w:b/>
        </w:rPr>
        <w:t xml:space="preserve"> </w:t>
      </w:r>
      <w:r w:rsidRPr="00D128E8">
        <w:rPr>
          <w:rFonts w:ascii="Narkisim" w:hAnsi="Narkisim" w:cs="Narkisim"/>
          <w:b/>
        </w:rPr>
        <w:t>חוזרים</w:t>
      </w:r>
      <w:r w:rsidRPr="00D128E8">
        <w:rPr>
          <w:rFonts w:ascii="Narkisim" w:hAnsi="Narkisim" w:cs="Narkisim"/>
          <w:b/>
        </w:rPr>
        <w:t xml:space="preserve"> </w:t>
      </w:r>
      <w:r w:rsidRPr="00D128E8">
        <w:rPr>
          <w:rFonts w:ascii="Narkisim" w:hAnsi="Narkisim" w:cs="Narkisim"/>
          <w:b/>
        </w:rPr>
        <w:t>אל</w:t>
      </w:r>
      <w:r w:rsidRPr="00D128E8">
        <w:rPr>
          <w:rFonts w:ascii="Narkisim" w:hAnsi="Narkisim" w:cs="Narkisim"/>
          <w:b/>
        </w:rPr>
        <w:t xml:space="preserve"> </w:t>
      </w:r>
      <w:r w:rsidRPr="00D128E8">
        <w:rPr>
          <w:rFonts w:ascii="Narkisim" w:hAnsi="Narkisim" w:cs="Narkisim"/>
          <w:b/>
        </w:rPr>
        <w:t>המחיצות</w:t>
      </w:r>
      <w:r w:rsidRPr="00D128E8">
        <w:rPr>
          <w:rFonts w:ascii="Narkisim" w:hAnsi="Narkisim" w:cs="Narkisim"/>
          <w:b/>
        </w:rPr>
        <w:t>...</w:t>
      </w:r>
    </w:p>
    <w:p w14:paraId="4BD5F605" w14:textId="31262795" w:rsidR="00D53D7D" w:rsidRPr="00D128E8" w:rsidRDefault="00B64061" w:rsidP="0046588F">
      <w:pPr>
        <w:bidi/>
        <w:spacing w:after="120" w:line="240" w:lineRule="auto"/>
        <w:rPr>
          <w:rFonts w:ascii="Narkisim" w:hAnsi="Narkisim" w:cs="Narkisim" w:hint="cs"/>
          <w:lang w:bidi="he-IL"/>
        </w:rPr>
      </w:pPr>
      <w:r w:rsidRPr="00D128E8">
        <w:rPr>
          <w:rFonts w:ascii="Narkisim" w:hAnsi="Narkisim" w:cs="Narkisim"/>
          <w:b/>
        </w:rPr>
        <w:t>ועכשיו</w:t>
      </w:r>
      <w:r w:rsidRPr="00D128E8">
        <w:rPr>
          <w:rFonts w:ascii="Narkisim" w:hAnsi="Narkisim" w:cs="Narkisim"/>
          <w:b/>
        </w:rPr>
        <w:t xml:space="preserve">, </w:t>
      </w:r>
      <w:r w:rsidRPr="00D128E8">
        <w:rPr>
          <w:rFonts w:ascii="Narkisim" w:hAnsi="Narkisim" w:cs="Narkisim"/>
          <w:b/>
        </w:rPr>
        <w:t>כשאנו</w:t>
      </w:r>
      <w:r w:rsidRPr="00D128E8">
        <w:rPr>
          <w:rFonts w:ascii="Narkisim" w:hAnsi="Narkisim" w:cs="Narkisim"/>
          <w:b/>
        </w:rPr>
        <w:t xml:space="preserve"> </w:t>
      </w:r>
      <w:r w:rsidRPr="00D128E8">
        <w:rPr>
          <w:rFonts w:ascii="Narkisim" w:hAnsi="Narkisim" w:cs="Narkisim"/>
          <w:b/>
        </w:rPr>
        <w:t>עומדים</w:t>
      </w:r>
      <w:r w:rsidRPr="00D128E8">
        <w:rPr>
          <w:rFonts w:ascii="Narkisim" w:hAnsi="Narkisim" w:cs="Narkisim"/>
          <w:b/>
        </w:rPr>
        <w:t xml:space="preserve"> </w:t>
      </w:r>
      <w:r w:rsidRPr="00D128E8">
        <w:rPr>
          <w:rFonts w:ascii="Narkisim" w:hAnsi="Narkisim" w:cs="Narkisim"/>
          <w:b/>
        </w:rPr>
        <w:t>בפתח</w:t>
      </w:r>
      <w:r w:rsidRPr="00D128E8">
        <w:rPr>
          <w:rFonts w:ascii="Narkisim" w:hAnsi="Narkisim" w:cs="Narkisim"/>
          <w:b/>
        </w:rPr>
        <w:t xml:space="preserve"> </w:t>
      </w:r>
      <w:r w:rsidRPr="00D128E8">
        <w:rPr>
          <w:rFonts w:ascii="Narkisim" w:hAnsi="Narkisim" w:cs="Narkisim"/>
          <w:b/>
        </w:rPr>
        <w:t>השנה</w:t>
      </w:r>
      <w:r w:rsidRPr="00D128E8">
        <w:rPr>
          <w:rFonts w:ascii="Narkisim" w:hAnsi="Narkisim" w:cs="Narkisim"/>
          <w:b/>
        </w:rPr>
        <w:t xml:space="preserve"> </w:t>
      </w:r>
      <w:r w:rsidRPr="00D128E8">
        <w:rPr>
          <w:rFonts w:ascii="Narkisim" w:hAnsi="Narkisim" w:cs="Narkisim"/>
          <w:b/>
        </w:rPr>
        <w:t>החדשה</w:t>
      </w:r>
      <w:r w:rsidRPr="00D128E8">
        <w:rPr>
          <w:rFonts w:ascii="Narkisim" w:hAnsi="Narkisim" w:cs="Narkisim"/>
          <w:b/>
        </w:rPr>
        <w:t xml:space="preserve">, </w:t>
      </w:r>
      <w:r w:rsidRPr="00D128E8">
        <w:rPr>
          <w:rFonts w:ascii="Narkisim" w:hAnsi="Narkisim" w:cs="Narkisim"/>
          <w:b/>
        </w:rPr>
        <w:t>אני</w:t>
      </w:r>
      <w:r w:rsidRPr="00D128E8">
        <w:rPr>
          <w:rFonts w:ascii="Narkisim" w:hAnsi="Narkisim" w:cs="Narkisim"/>
          <w:b/>
        </w:rPr>
        <w:t xml:space="preserve"> </w:t>
      </w:r>
      <w:r w:rsidRPr="00D128E8">
        <w:rPr>
          <w:rFonts w:ascii="Narkisim" w:hAnsi="Narkisim" w:cs="Narkisim"/>
          <w:b/>
        </w:rPr>
        <w:t>מבקש</w:t>
      </w:r>
      <w:r w:rsidRPr="00D128E8">
        <w:rPr>
          <w:rFonts w:ascii="Narkisim" w:hAnsi="Narkisim" w:cs="Narkisim"/>
          <w:b/>
        </w:rPr>
        <w:t xml:space="preserve"> </w:t>
      </w:r>
      <w:r w:rsidRPr="00D128E8">
        <w:rPr>
          <w:rFonts w:ascii="Narkisim" w:hAnsi="Narkisim" w:cs="Narkisim"/>
          <w:b/>
        </w:rPr>
        <w:t>להזכיר</w:t>
      </w:r>
      <w:r w:rsidRPr="00D128E8">
        <w:rPr>
          <w:rFonts w:ascii="Narkisim" w:hAnsi="Narkisim" w:cs="Narkisim"/>
          <w:b/>
        </w:rPr>
        <w:t xml:space="preserve"> </w:t>
      </w:r>
      <w:r w:rsidRPr="00D128E8">
        <w:rPr>
          <w:rFonts w:ascii="Narkisim" w:hAnsi="Narkisim" w:cs="Narkisim"/>
          <w:b/>
        </w:rPr>
        <w:t>ולזכור</w:t>
      </w:r>
      <w:r w:rsidRPr="00D128E8">
        <w:rPr>
          <w:rFonts w:ascii="Narkisim" w:hAnsi="Narkisim" w:cs="Narkisim"/>
          <w:b/>
        </w:rPr>
        <w:t xml:space="preserve"> </w:t>
      </w:r>
      <w:r w:rsidRPr="00D128E8">
        <w:rPr>
          <w:rFonts w:ascii="Narkisim" w:hAnsi="Narkisim" w:cs="Narkisim"/>
          <w:b/>
        </w:rPr>
        <w:t>שעוד</w:t>
      </w:r>
      <w:r w:rsidRPr="00D128E8">
        <w:rPr>
          <w:rFonts w:ascii="Narkisim" w:hAnsi="Narkisim" w:cs="Narkisim"/>
          <w:b/>
        </w:rPr>
        <w:t xml:space="preserve"> </w:t>
      </w:r>
      <w:r w:rsidRPr="00D128E8">
        <w:rPr>
          <w:rFonts w:ascii="Narkisim" w:hAnsi="Narkisim" w:cs="Narkisim"/>
          <w:b/>
        </w:rPr>
        <w:t>לא</w:t>
      </w:r>
      <w:r w:rsidRPr="00D128E8">
        <w:rPr>
          <w:rFonts w:ascii="Narkisim" w:hAnsi="Narkisim" w:cs="Narkisim"/>
          <w:b/>
        </w:rPr>
        <w:t xml:space="preserve"> </w:t>
      </w:r>
      <w:r w:rsidRPr="00D128E8">
        <w:rPr>
          <w:rFonts w:ascii="Narkisim" w:hAnsi="Narkisim" w:cs="Narkisim"/>
          <w:b/>
        </w:rPr>
        <w:t>מאוחר</w:t>
      </w:r>
      <w:r w:rsidRPr="00D128E8">
        <w:rPr>
          <w:rFonts w:ascii="Narkisim" w:hAnsi="Narkisim" w:cs="Narkisim"/>
          <w:b/>
        </w:rPr>
        <w:t xml:space="preserve">. </w:t>
      </w:r>
      <w:r w:rsidRPr="00D128E8">
        <w:rPr>
          <w:rFonts w:ascii="Narkisim" w:hAnsi="Narkisim" w:cs="Narkisim"/>
          <w:b/>
        </w:rPr>
        <w:t>שגם</w:t>
      </w:r>
      <w:r w:rsidRPr="00D128E8">
        <w:rPr>
          <w:rFonts w:ascii="Narkisim" w:hAnsi="Narkisim" w:cs="Narkisim"/>
          <w:b/>
        </w:rPr>
        <w:t xml:space="preserve"> </w:t>
      </w:r>
      <w:r w:rsidRPr="00D128E8">
        <w:rPr>
          <w:rFonts w:ascii="Narkisim" w:hAnsi="Narkisim" w:cs="Narkisim"/>
          <w:b/>
        </w:rPr>
        <w:t>עכשיו</w:t>
      </w:r>
      <w:r w:rsidRPr="00D128E8">
        <w:rPr>
          <w:rFonts w:ascii="Narkisim" w:hAnsi="Narkisim" w:cs="Narkisim"/>
          <w:b/>
        </w:rPr>
        <w:t xml:space="preserve"> </w:t>
      </w:r>
      <w:r w:rsidRPr="00D128E8">
        <w:rPr>
          <w:rFonts w:ascii="Narkisim" w:hAnsi="Narkisim" w:cs="Narkisim"/>
          <w:b/>
        </w:rPr>
        <w:t>זו</w:t>
      </w:r>
      <w:r w:rsidRPr="00D128E8">
        <w:rPr>
          <w:rFonts w:ascii="Narkisim" w:hAnsi="Narkisim" w:cs="Narkisim"/>
          <w:b/>
        </w:rPr>
        <w:t xml:space="preserve"> </w:t>
      </w:r>
      <w:r w:rsidRPr="00D128E8">
        <w:rPr>
          <w:rFonts w:ascii="Narkisim" w:hAnsi="Narkisim" w:cs="Narkisim"/>
          <w:b/>
        </w:rPr>
        <w:t>שעת</w:t>
      </w:r>
      <w:r w:rsidRPr="00D128E8">
        <w:rPr>
          <w:rFonts w:ascii="Narkisim" w:hAnsi="Narkisim" w:cs="Narkisim"/>
          <w:b/>
        </w:rPr>
        <w:t xml:space="preserve"> </w:t>
      </w:r>
      <w:r w:rsidRPr="00D128E8">
        <w:rPr>
          <w:rFonts w:ascii="Narkisim" w:hAnsi="Narkisim" w:cs="Narkisim"/>
          <w:b/>
        </w:rPr>
        <w:t>רחמים</w:t>
      </w:r>
      <w:r w:rsidRPr="00D128E8">
        <w:rPr>
          <w:rFonts w:ascii="Narkisim" w:hAnsi="Narkisim" w:cs="Narkisim"/>
          <w:b/>
        </w:rPr>
        <w:t xml:space="preserve"> </w:t>
      </w:r>
      <w:r w:rsidRPr="00D128E8">
        <w:rPr>
          <w:rFonts w:ascii="Narkisim" w:hAnsi="Narkisim" w:cs="Narkisim"/>
          <w:b/>
        </w:rPr>
        <w:t>ועת</w:t>
      </w:r>
      <w:r w:rsidRPr="00D128E8">
        <w:rPr>
          <w:rFonts w:ascii="Narkisim" w:hAnsi="Narkisim" w:cs="Narkisim"/>
          <w:b/>
        </w:rPr>
        <w:t xml:space="preserve"> </w:t>
      </w:r>
      <w:r w:rsidRPr="00D128E8">
        <w:rPr>
          <w:rFonts w:ascii="Narkisim" w:hAnsi="Narkisim" w:cs="Narkisim"/>
          <w:b/>
        </w:rPr>
        <w:t>רצון</w:t>
      </w:r>
      <w:r w:rsidRPr="00D128E8">
        <w:rPr>
          <w:rFonts w:ascii="Narkisim" w:hAnsi="Narkisim" w:cs="Narkisim"/>
          <w:b/>
        </w:rPr>
        <w:t xml:space="preserve">, </w:t>
      </w:r>
      <w:r w:rsidRPr="00D128E8">
        <w:rPr>
          <w:rFonts w:ascii="Narkisim" w:hAnsi="Narkisim" w:cs="Narkisim"/>
          <w:b/>
        </w:rPr>
        <w:t>וגם</w:t>
      </w:r>
      <w:r w:rsidRPr="00D128E8">
        <w:rPr>
          <w:rFonts w:ascii="Narkisim" w:hAnsi="Narkisim" w:cs="Narkisim"/>
          <w:b/>
        </w:rPr>
        <w:t xml:space="preserve"> </w:t>
      </w:r>
      <w:r w:rsidRPr="00D128E8">
        <w:rPr>
          <w:rFonts w:ascii="Narkisim" w:hAnsi="Narkisim" w:cs="Narkisim"/>
          <w:b/>
        </w:rPr>
        <w:t>עכשיו</w:t>
      </w:r>
      <w:r w:rsidRPr="00D128E8">
        <w:rPr>
          <w:rFonts w:ascii="Narkisim" w:hAnsi="Narkisim" w:cs="Narkisim"/>
          <w:b/>
        </w:rPr>
        <w:t xml:space="preserve"> </w:t>
      </w:r>
      <w:r w:rsidRPr="00D128E8">
        <w:rPr>
          <w:rFonts w:ascii="Narkisim" w:hAnsi="Narkisim" w:cs="Narkisim"/>
          <w:b/>
        </w:rPr>
        <w:t>שערי</w:t>
      </w:r>
      <w:r w:rsidRPr="00D128E8">
        <w:rPr>
          <w:rFonts w:ascii="Narkisim" w:hAnsi="Narkisim" w:cs="Narkisim"/>
          <w:b/>
        </w:rPr>
        <w:t xml:space="preserve"> </w:t>
      </w:r>
      <w:r w:rsidRPr="00D128E8">
        <w:rPr>
          <w:rFonts w:ascii="Narkisim" w:hAnsi="Narkisim" w:cs="Narkisim"/>
          <w:b/>
        </w:rPr>
        <w:t>תיקון</w:t>
      </w:r>
      <w:r w:rsidRPr="00D128E8">
        <w:rPr>
          <w:rFonts w:ascii="Narkisim" w:hAnsi="Narkisim" w:cs="Narkisim"/>
          <w:b/>
        </w:rPr>
        <w:t xml:space="preserve"> </w:t>
      </w:r>
      <w:r w:rsidRPr="00D128E8">
        <w:rPr>
          <w:rFonts w:ascii="Narkisim" w:hAnsi="Narkisim" w:cs="Narkisim"/>
          <w:b/>
        </w:rPr>
        <w:t>וריפוי</w:t>
      </w:r>
      <w:r w:rsidRPr="00D128E8">
        <w:rPr>
          <w:rFonts w:ascii="Narkisim" w:hAnsi="Narkisim" w:cs="Narkisim"/>
          <w:b/>
        </w:rPr>
        <w:t xml:space="preserve"> </w:t>
      </w:r>
      <w:r w:rsidRPr="00D128E8">
        <w:rPr>
          <w:rFonts w:ascii="Narkisim" w:hAnsi="Narkisim" w:cs="Narkisim"/>
          <w:b/>
        </w:rPr>
        <w:t>אינם</w:t>
      </w:r>
      <w:r w:rsidRPr="00D128E8">
        <w:rPr>
          <w:rFonts w:ascii="Narkisim" w:hAnsi="Narkisim" w:cs="Narkisim"/>
          <w:b/>
        </w:rPr>
        <w:t xml:space="preserve"> </w:t>
      </w:r>
      <w:r w:rsidRPr="00D128E8">
        <w:rPr>
          <w:rFonts w:ascii="Narkisim" w:hAnsi="Narkisim" w:cs="Narkisim"/>
          <w:b/>
        </w:rPr>
        <w:t>נעולים</w:t>
      </w:r>
      <w:r w:rsidRPr="00D128E8">
        <w:rPr>
          <w:rFonts w:ascii="Narkisim" w:hAnsi="Narkisim" w:cs="Narkisim"/>
          <w:b/>
        </w:rPr>
        <w:t xml:space="preserve"> </w:t>
      </w:r>
      <w:r w:rsidRPr="00D128E8">
        <w:rPr>
          <w:rFonts w:ascii="Narkisim" w:hAnsi="Narkisim" w:cs="Narkisim"/>
          <w:b/>
        </w:rPr>
        <w:t>בפנינו</w:t>
      </w:r>
      <w:r w:rsidRPr="00D128E8">
        <w:rPr>
          <w:rFonts w:ascii="Narkisim" w:hAnsi="Narkisim" w:cs="Narkisim"/>
          <w:b/>
        </w:rPr>
        <w:t xml:space="preserve">. </w:t>
      </w:r>
      <w:r w:rsidRPr="00D128E8">
        <w:rPr>
          <w:rFonts w:ascii="Narkisim" w:hAnsi="Narkisim" w:cs="Narkisim"/>
          <w:b/>
        </w:rPr>
        <w:t>אנחנו</w:t>
      </w:r>
      <w:r w:rsidRPr="00D128E8">
        <w:rPr>
          <w:rFonts w:ascii="Narkisim" w:hAnsi="Narkisim" w:cs="Narkisim"/>
          <w:b/>
        </w:rPr>
        <w:t xml:space="preserve"> </w:t>
      </w:r>
      <w:r w:rsidRPr="00D128E8">
        <w:rPr>
          <w:rFonts w:ascii="Narkisim" w:hAnsi="Narkisim" w:cs="Narkisim"/>
          <w:b/>
        </w:rPr>
        <w:t>צריכים</w:t>
      </w:r>
      <w:r w:rsidRPr="00D128E8">
        <w:rPr>
          <w:rFonts w:ascii="Narkisim" w:hAnsi="Narkisim" w:cs="Narkisim"/>
          <w:b/>
        </w:rPr>
        <w:t xml:space="preserve"> </w:t>
      </w:r>
      <w:r w:rsidRPr="00D128E8">
        <w:rPr>
          <w:rFonts w:ascii="Narkisim" w:hAnsi="Narkisim" w:cs="Narkisim"/>
          <w:b/>
        </w:rPr>
        <w:t>לשאוף</w:t>
      </w:r>
      <w:r w:rsidRPr="00D128E8">
        <w:rPr>
          <w:rFonts w:ascii="Narkisim" w:hAnsi="Narkisim" w:cs="Narkisim"/>
          <w:b/>
        </w:rPr>
        <w:t xml:space="preserve"> </w:t>
      </w:r>
      <w:r w:rsidRPr="00D128E8">
        <w:rPr>
          <w:rFonts w:ascii="Narkisim" w:hAnsi="Narkisim" w:cs="Narkisim"/>
          <w:b/>
        </w:rPr>
        <w:t>לבסס</w:t>
      </w:r>
      <w:r w:rsidRPr="00D128E8">
        <w:rPr>
          <w:rFonts w:ascii="Narkisim" w:hAnsi="Narkisim" w:cs="Narkisim"/>
          <w:b/>
        </w:rPr>
        <w:t xml:space="preserve"> </w:t>
      </w:r>
      <w:r w:rsidRPr="00D128E8">
        <w:rPr>
          <w:rFonts w:ascii="Narkisim" w:hAnsi="Narkisim" w:cs="Narkisim"/>
          <w:b/>
        </w:rPr>
        <w:t>יחד</w:t>
      </w:r>
      <w:r w:rsidRPr="00D128E8">
        <w:rPr>
          <w:rFonts w:ascii="Narkisim" w:hAnsi="Narkisim" w:cs="Narkisim"/>
          <w:b/>
        </w:rPr>
        <w:t xml:space="preserve"> </w:t>
      </w:r>
      <w:proofErr w:type="spellStart"/>
      <w:r w:rsidRPr="00D128E8">
        <w:rPr>
          <w:rFonts w:ascii="Narkisim" w:hAnsi="Narkisim" w:cs="Narkisim"/>
          <w:b/>
        </w:rPr>
        <w:t>את</w:t>
      </w:r>
      <w:proofErr w:type="spellEnd"/>
      <w:r w:rsidRPr="00D128E8">
        <w:rPr>
          <w:rFonts w:ascii="Narkisim" w:hAnsi="Narkisim" w:cs="Narkisim"/>
          <w:b/>
        </w:rPr>
        <w:t xml:space="preserve"> </w:t>
      </w:r>
      <w:proofErr w:type="spellStart"/>
      <w:r w:rsidRPr="00D128E8">
        <w:rPr>
          <w:rFonts w:ascii="Narkisim" w:hAnsi="Narkisim" w:cs="Narkisim"/>
          <w:b/>
        </w:rPr>
        <w:t>הברית</w:t>
      </w:r>
      <w:proofErr w:type="spellEnd"/>
      <w:r w:rsidRPr="00D128E8">
        <w:rPr>
          <w:rFonts w:ascii="Narkisim" w:hAnsi="Narkisim" w:cs="Narkisim"/>
          <w:b/>
        </w:rPr>
        <w:t xml:space="preserve"> </w:t>
      </w:r>
      <w:proofErr w:type="spellStart"/>
      <w:r w:rsidRPr="00D128E8">
        <w:rPr>
          <w:rFonts w:ascii="Narkisim" w:hAnsi="Narkisim" w:cs="Narkisim"/>
          <w:b/>
        </w:rPr>
        <w:t>הישראלית</w:t>
      </w:r>
      <w:proofErr w:type="spellEnd"/>
      <w:r w:rsidRPr="00D128E8">
        <w:rPr>
          <w:rFonts w:ascii="Narkisim" w:hAnsi="Narkisim" w:cs="Narkisim"/>
          <w:b/>
        </w:rPr>
        <w:t xml:space="preserve"> </w:t>
      </w:r>
      <w:proofErr w:type="spellStart"/>
      <w:r w:rsidRPr="00D128E8">
        <w:rPr>
          <w:rFonts w:ascii="Narkisim" w:hAnsi="Narkisim" w:cs="Narkisim"/>
          <w:b/>
        </w:rPr>
        <w:t>החדשה</w:t>
      </w:r>
      <w:proofErr w:type="spellEnd"/>
      <w:r w:rsidRPr="00D128E8">
        <w:rPr>
          <w:rFonts w:ascii="Narkisim" w:hAnsi="Narkisim" w:cs="Narkisim"/>
          <w:b/>
        </w:rPr>
        <w:t>...</w:t>
      </w:r>
      <w:r w:rsidRPr="00D128E8">
        <w:rPr>
          <w:rFonts w:ascii="Narkisim" w:hAnsi="Narkisim" w:cs="Narkisim"/>
          <w:b/>
        </w:rPr>
        <w:t>״</w:t>
      </w:r>
    </w:p>
    <w:p w14:paraId="6A4BF1BC"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“Like every person, from year to year I accumulate many regrets. But if there is one regret that I carry deep in my heart, it is regret over a precious and extraordinary opportunity that we did not rush to seize with both hands.</w:t>
      </w:r>
    </w:p>
    <w:p w14:paraId="7E85A3EB"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“It was an opportunity born out of the greatest rupture in the history of our state. It arose from the profound sense of mutual responsibility and shared destiny that swept over us... an opportunity to mend and heal the divisions between us.</w:t>
      </w:r>
    </w:p>
    <w:p w14:paraId="67EE5A6A" w14:textId="0D2ABE1B" w:rsidR="00D53D7D" w:rsidRPr="00D128E8" w:rsidRDefault="00B64061" w:rsidP="00D128E8">
      <w:pPr>
        <w:spacing w:after="120" w:line="240" w:lineRule="auto"/>
        <w:rPr>
          <w:rFonts w:ascii="Narkisim" w:hAnsi="Narkisim" w:cs="Narkisim"/>
        </w:rPr>
      </w:pPr>
      <w:r w:rsidRPr="00D128E8">
        <w:rPr>
          <w:rFonts w:ascii="Narkisim" w:hAnsi="Narkisim" w:cs="Narkisim"/>
        </w:rPr>
        <w:t>“We all remember how, in the face of the catastrophe of October 7, out of the abyss that opened in our lives, a powerful and unexpected spirit suddenly began to blow</w:t>
      </w:r>
      <w:r w:rsidR="004106CA">
        <w:rPr>
          <w:rFonts w:ascii="Narkisim" w:hAnsi="Narkisim" w:cs="Narkisim"/>
        </w:rPr>
        <w:t xml:space="preserve"> </w:t>
      </w:r>
      <w:proofErr w:type="gramStart"/>
      <w:r w:rsidR="004106CA">
        <w:rPr>
          <w:rFonts w:ascii="Narkisim" w:hAnsi="Narkisim" w:cs="Narkisim"/>
        </w:rPr>
        <w:t xml:space="preserve">- </w:t>
      </w:r>
      <w:r w:rsidRPr="00D128E8">
        <w:rPr>
          <w:rFonts w:ascii="Narkisim" w:hAnsi="Narkisim" w:cs="Narkisim"/>
        </w:rPr>
        <w:t xml:space="preserve"> a</w:t>
      </w:r>
      <w:proofErr w:type="gramEnd"/>
      <w:r w:rsidRPr="00D128E8">
        <w:rPr>
          <w:rFonts w:ascii="Narkisim" w:hAnsi="Narkisim" w:cs="Narkisim"/>
        </w:rPr>
        <w:t xml:space="preserve"> spirit of love between brothers and sisters, of breaking down barriers, of unity. We all felt it.</w:t>
      </w:r>
    </w:p>
    <w:p w14:paraId="3E0F9203" w14:textId="574B8A31"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“That spirit, which emerged from an enormous storm, carried with it a new message: things can be different. It reminded us of our source and of our shared hope: to be together, a free </w:t>
      </w:r>
      <w:proofErr w:type="gramStart"/>
      <w:r w:rsidRPr="00D128E8">
        <w:rPr>
          <w:rFonts w:ascii="Narkisim" w:hAnsi="Narkisim" w:cs="Narkisim"/>
        </w:rPr>
        <w:t>people</w:t>
      </w:r>
      <w:proofErr w:type="gramEnd"/>
      <w:r w:rsidRPr="00D128E8">
        <w:rPr>
          <w:rFonts w:ascii="Narkisim" w:hAnsi="Narkisim" w:cs="Narkisim"/>
        </w:rPr>
        <w:t xml:space="preserve"> in our land</w:t>
      </w:r>
      <w:r w:rsidR="004106CA">
        <w:rPr>
          <w:rFonts w:ascii="Narkisim" w:hAnsi="Narkisim" w:cs="Narkisim"/>
        </w:rPr>
        <w:t xml:space="preserve"> </w:t>
      </w:r>
      <w:proofErr w:type="gramStart"/>
      <w:r w:rsidR="004106CA">
        <w:rPr>
          <w:rFonts w:ascii="Narkisim" w:hAnsi="Narkisim" w:cs="Narkisim"/>
        </w:rPr>
        <w:t xml:space="preserve">- </w:t>
      </w:r>
      <w:r w:rsidRPr="00D128E8">
        <w:rPr>
          <w:rFonts w:ascii="Narkisim" w:hAnsi="Narkisim" w:cs="Narkisim"/>
        </w:rPr>
        <w:t xml:space="preserve"> together</w:t>
      </w:r>
      <w:proofErr w:type="gramEnd"/>
      <w:r w:rsidRPr="00D128E8">
        <w:rPr>
          <w:rFonts w:ascii="Narkisim" w:hAnsi="Narkisim" w:cs="Narkisim"/>
        </w:rPr>
        <w:t>. Alongside the terrible pain we experienced, that spirit also made repair possible.</w:t>
      </w:r>
    </w:p>
    <w:p w14:paraId="76616071"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“But since then, all too often, we have returned to our divisions...</w:t>
      </w:r>
    </w:p>
    <w:p w14:paraId="10BDC9B6" w14:textId="559EF8DF"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“And now, as we stand at the threshold of the new year, I want to remind us that it is not yet too late. Even now, this is an </w:t>
      </w:r>
      <w:r w:rsidRPr="00D128E8">
        <w:rPr>
          <w:rFonts w:ascii="Narkisim" w:hAnsi="Narkisim" w:cs="Narkisim"/>
        </w:rPr>
        <w:t>עת</w:t>
      </w:r>
      <w:r w:rsidRPr="00D128E8">
        <w:rPr>
          <w:rFonts w:ascii="Narkisim" w:hAnsi="Narkisim" w:cs="Narkisim"/>
        </w:rPr>
        <w:t xml:space="preserve"> </w:t>
      </w:r>
      <w:r w:rsidRPr="00D128E8">
        <w:rPr>
          <w:rFonts w:ascii="Narkisim" w:hAnsi="Narkisim" w:cs="Narkisim"/>
        </w:rPr>
        <w:t>רחמים</w:t>
      </w:r>
      <w:r w:rsidRPr="00D128E8">
        <w:rPr>
          <w:rFonts w:ascii="Narkisim" w:hAnsi="Narkisim" w:cs="Narkisim"/>
        </w:rPr>
        <w:t xml:space="preserve"> </w:t>
      </w:r>
      <w:r w:rsidRPr="00D128E8">
        <w:rPr>
          <w:rFonts w:ascii="Narkisim" w:hAnsi="Narkisim" w:cs="Narkisim"/>
        </w:rPr>
        <w:t>ועת</w:t>
      </w:r>
      <w:r w:rsidRPr="00D128E8">
        <w:rPr>
          <w:rFonts w:ascii="Narkisim" w:hAnsi="Narkisim" w:cs="Narkisim"/>
        </w:rPr>
        <w:t xml:space="preserve"> </w:t>
      </w:r>
      <w:r w:rsidRPr="00D128E8">
        <w:rPr>
          <w:rFonts w:ascii="Narkisim" w:hAnsi="Narkisim" w:cs="Narkisim"/>
        </w:rPr>
        <w:t>רצון</w:t>
      </w:r>
      <w:r w:rsidRPr="00D128E8">
        <w:rPr>
          <w:rFonts w:ascii="Narkisim" w:hAnsi="Narkisim" w:cs="Narkisim"/>
        </w:rPr>
        <w:t xml:space="preserve">, a time of compassion and divine favor. Even now, the gates of repair and healing are not locked before us. We must aspire together to establish a </w:t>
      </w:r>
      <w:r w:rsidRPr="00D128E8">
        <w:rPr>
          <w:rFonts w:ascii="Narkisim" w:hAnsi="Narkisim" w:cs="Narkisim"/>
        </w:rPr>
        <w:t>ברית</w:t>
      </w:r>
      <w:r w:rsidRPr="00D128E8">
        <w:rPr>
          <w:rFonts w:ascii="Narkisim" w:hAnsi="Narkisim" w:cs="Narkisim"/>
        </w:rPr>
        <w:t xml:space="preserve"> </w:t>
      </w:r>
      <w:r w:rsidRPr="00D128E8">
        <w:rPr>
          <w:rFonts w:ascii="Narkisim" w:hAnsi="Narkisim" w:cs="Narkisim"/>
        </w:rPr>
        <w:t>ישראלית</w:t>
      </w:r>
      <w:r w:rsidRPr="00D128E8">
        <w:rPr>
          <w:rFonts w:ascii="Narkisim" w:hAnsi="Narkisim" w:cs="Narkisim"/>
        </w:rPr>
        <w:t xml:space="preserve"> </w:t>
      </w:r>
      <w:proofErr w:type="spellStart"/>
      <w:r w:rsidRPr="00D128E8">
        <w:rPr>
          <w:rFonts w:ascii="Narkisim" w:hAnsi="Narkisim" w:cs="Narkisim"/>
        </w:rPr>
        <w:t>חדשה</w:t>
      </w:r>
      <w:proofErr w:type="spellEnd"/>
      <w:r w:rsidR="004106CA">
        <w:rPr>
          <w:rFonts w:ascii="Narkisim" w:hAnsi="Narkisim" w:cs="Narkisim"/>
        </w:rPr>
        <w:t xml:space="preserve"> </w:t>
      </w:r>
      <w:proofErr w:type="gramStart"/>
      <w:r w:rsidR="004106CA">
        <w:rPr>
          <w:rFonts w:ascii="Narkisim" w:hAnsi="Narkisim" w:cs="Narkisim"/>
        </w:rPr>
        <w:t xml:space="preserve">- </w:t>
      </w:r>
      <w:r w:rsidRPr="00D128E8">
        <w:rPr>
          <w:rFonts w:ascii="Narkisim" w:hAnsi="Narkisim" w:cs="Narkisim"/>
        </w:rPr>
        <w:t xml:space="preserve"> a</w:t>
      </w:r>
      <w:proofErr w:type="gramEnd"/>
      <w:r w:rsidRPr="00D128E8">
        <w:rPr>
          <w:rFonts w:ascii="Narkisim" w:hAnsi="Narkisim" w:cs="Narkisim"/>
        </w:rPr>
        <w:t xml:space="preserve"> new Israeli covenant.”</w:t>
      </w:r>
    </w:p>
    <w:p w14:paraId="5BF00BEE" w14:textId="77777777" w:rsidR="00D53D7D" w:rsidRPr="00D128E8" w:rsidRDefault="00B64061" w:rsidP="00D128E8">
      <w:pPr>
        <w:pStyle w:val="Heading1"/>
        <w:spacing w:line="240" w:lineRule="auto"/>
        <w:rPr>
          <w:rFonts w:ascii="Narkisim" w:hAnsi="Narkisim" w:cs="Narkisim"/>
        </w:rPr>
      </w:pPr>
      <w:r w:rsidRPr="00D128E8">
        <w:rPr>
          <w:rFonts w:ascii="Narkisim" w:hAnsi="Narkisim" w:cs="Narkisim"/>
        </w:rPr>
        <w:t>Two Great Faiths</w:t>
      </w:r>
    </w:p>
    <w:p w14:paraId="230687DF" w14:textId="2C2517BF" w:rsidR="00D53D7D" w:rsidRPr="00D128E8" w:rsidRDefault="00B64061" w:rsidP="00D128E8">
      <w:pPr>
        <w:spacing w:after="120" w:line="240" w:lineRule="auto"/>
        <w:rPr>
          <w:rFonts w:ascii="Narkisim" w:hAnsi="Narkisim" w:cs="Narkisim"/>
        </w:rPr>
      </w:pPr>
      <w:r w:rsidRPr="00D128E8">
        <w:rPr>
          <w:rFonts w:ascii="Narkisim" w:hAnsi="Narkisim" w:cs="Narkisim"/>
        </w:rPr>
        <w:t>Reading this piece by President Herzog, on the one hand, makes me feel a</w:t>
      </w:r>
      <w:r w:rsidRPr="00D128E8">
        <w:rPr>
          <w:rFonts w:ascii="Narkisim" w:hAnsi="Narkisim" w:cs="Narkisim"/>
        </w:rPr>
        <w:t xml:space="preserve"> pessimistic and concerned about this coming year and what it may bring.</w:t>
      </w:r>
    </w:p>
    <w:p w14:paraId="4C974AC1"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But it also gives me hope.</w:t>
      </w:r>
    </w:p>
    <w:p w14:paraId="631BB8A9"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Because I have two great faiths.</w:t>
      </w:r>
    </w:p>
    <w:p w14:paraId="39881079"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I have </w:t>
      </w:r>
      <w:r w:rsidRPr="00D128E8">
        <w:rPr>
          <w:rFonts w:ascii="Narkisim" w:hAnsi="Narkisim" w:cs="Narkisim"/>
        </w:rPr>
        <w:t>אמונה</w:t>
      </w:r>
      <w:r w:rsidRPr="00D128E8">
        <w:rPr>
          <w:rFonts w:ascii="Narkisim" w:hAnsi="Narkisim" w:cs="Narkisim"/>
        </w:rPr>
        <w:t xml:space="preserve"> </w:t>
      </w:r>
      <w:r w:rsidRPr="00D128E8">
        <w:rPr>
          <w:rFonts w:ascii="Narkisim" w:hAnsi="Narkisim" w:cs="Narkisim"/>
        </w:rPr>
        <w:t>בה׳</w:t>
      </w:r>
      <w:r w:rsidRPr="00D128E8">
        <w:rPr>
          <w:rFonts w:ascii="Narkisim" w:hAnsi="Narkisim" w:cs="Narkisim"/>
        </w:rPr>
        <w:t>.</w:t>
      </w:r>
    </w:p>
    <w:p w14:paraId="33ECCD12"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But I also have </w:t>
      </w:r>
      <w:r w:rsidRPr="00D128E8">
        <w:rPr>
          <w:rFonts w:ascii="Narkisim" w:hAnsi="Narkisim" w:cs="Narkisim"/>
        </w:rPr>
        <w:t>אמונה</w:t>
      </w:r>
      <w:r w:rsidRPr="00D128E8">
        <w:rPr>
          <w:rFonts w:ascii="Narkisim" w:hAnsi="Narkisim" w:cs="Narkisim"/>
        </w:rPr>
        <w:t xml:space="preserve"> </w:t>
      </w:r>
      <w:r w:rsidRPr="00D128E8">
        <w:rPr>
          <w:rFonts w:ascii="Narkisim" w:hAnsi="Narkisim" w:cs="Narkisim"/>
        </w:rPr>
        <w:t>בעם</w:t>
      </w:r>
      <w:r w:rsidRPr="00D128E8">
        <w:rPr>
          <w:rFonts w:ascii="Narkisim" w:hAnsi="Narkisim" w:cs="Narkisim"/>
        </w:rPr>
        <w:t xml:space="preserve"> </w:t>
      </w:r>
      <w:r w:rsidRPr="00D128E8">
        <w:rPr>
          <w:rFonts w:ascii="Narkisim" w:hAnsi="Narkisim" w:cs="Narkisim"/>
        </w:rPr>
        <w:t>ישראל</w:t>
      </w:r>
      <w:r w:rsidRPr="00D128E8">
        <w:rPr>
          <w:rFonts w:ascii="Narkisim" w:hAnsi="Narkisim" w:cs="Narkisim"/>
        </w:rPr>
        <w:t>.</w:t>
      </w:r>
    </w:p>
    <w:p w14:paraId="1E840096"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this faith in Am Yisrael is not just some sort of unjustified hope.</w:t>
      </w:r>
    </w:p>
    <w:p w14:paraId="49173430"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It’s actually a belief. It’s part of our belief system.</w:t>
      </w:r>
    </w:p>
    <w:p w14:paraId="1A39EA09" w14:textId="5042DFC6" w:rsidR="00D53D7D" w:rsidRPr="00D128E8" w:rsidRDefault="00B64061" w:rsidP="00D128E8">
      <w:pPr>
        <w:spacing w:after="120" w:line="240" w:lineRule="auto"/>
        <w:rPr>
          <w:rFonts w:ascii="Narkisim" w:hAnsi="Narkisim" w:cs="Narkisim"/>
        </w:rPr>
      </w:pPr>
      <w:r w:rsidRPr="00D128E8">
        <w:rPr>
          <w:rFonts w:ascii="Narkisim" w:hAnsi="Narkisim" w:cs="Narkisim"/>
        </w:rPr>
        <w:t>Rav Soloveitchik explains that the belief in M</w:t>
      </w:r>
      <w:r w:rsidR="00291128">
        <w:rPr>
          <w:rFonts w:ascii="Narkisim" w:hAnsi="Narkisim" w:cs="Narkisim"/>
        </w:rPr>
        <w:t>o</w:t>
      </w:r>
      <w:r w:rsidRPr="00D128E8">
        <w:rPr>
          <w:rFonts w:ascii="Narkisim" w:hAnsi="Narkisim" w:cs="Narkisim"/>
        </w:rPr>
        <w:t>shiach is not fundamentally the belief in a particular man.</w:t>
      </w:r>
    </w:p>
    <w:p w14:paraId="3AD41185"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It is a belief in Am Yisrael.</w:t>
      </w:r>
    </w:p>
    <w:p w14:paraId="74B0E245"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Because what is going to bring Mashiach?</w:t>
      </w:r>
    </w:p>
    <w:p w14:paraId="40E571CB"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lastRenderedPageBreak/>
        <w:t>We are going to do teshuvah.</w:t>
      </w:r>
    </w:p>
    <w:p w14:paraId="3D4B54FC"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Am Yisrael doing teshuvah is not just a historical possibility.</w:t>
      </w:r>
    </w:p>
    <w:p w14:paraId="0E081207"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It’s inevitable.</w:t>
      </w:r>
    </w:p>
    <w:p w14:paraId="66A85F25"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How do we know this?</w:t>
      </w:r>
    </w:p>
    <w:p w14:paraId="64570F04"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The Rambam tells us in Hilchot Teshuvah 7:5:</w:t>
      </w:r>
    </w:p>
    <w:p w14:paraId="7AE800F7" w14:textId="77777777" w:rsidR="00D53D7D" w:rsidRPr="001F70DF" w:rsidRDefault="00B64061" w:rsidP="001F70DF">
      <w:pPr>
        <w:spacing w:after="120" w:line="240" w:lineRule="auto"/>
        <w:ind w:left="720"/>
        <w:jc w:val="right"/>
        <w:rPr>
          <w:rFonts w:ascii="Narkisim" w:hAnsi="Narkisim" w:cs="Narkisim"/>
          <w:u w:val="single"/>
        </w:rPr>
      </w:pPr>
      <w:r w:rsidRPr="00D128E8">
        <w:rPr>
          <w:rFonts w:ascii="Narkisim" w:hAnsi="Narkisim" w:cs="Narkisim"/>
          <w:b/>
        </w:rPr>
        <w:t>כל</w:t>
      </w:r>
      <w:r w:rsidRPr="00D128E8">
        <w:rPr>
          <w:rFonts w:ascii="Narkisim" w:hAnsi="Narkisim" w:cs="Narkisim"/>
          <w:b/>
        </w:rPr>
        <w:t xml:space="preserve"> </w:t>
      </w:r>
      <w:r w:rsidRPr="00D128E8">
        <w:rPr>
          <w:rFonts w:ascii="Narkisim" w:hAnsi="Narkisim" w:cs="Narkisim"/>
          <w:b/>
        </w:rPr>
        <w:t>הנביאים</w:t>
      </w:r>
      <w:r w:rsidRPr="00D128E8">
        <w:rPr>
          <w:rFonts w:ascii="Narkisim" w:hAnsi="Narkisim" w:cs="Narkisim"/>
          <w:b/>
        </w:rPr>
        <w:t xml:space="preserve"> </w:t>
      </w:r>
      <w:r w:rsidRPr="00D128E8">
        <w:rPr>
          <w:rFonts w:ascii="Narkisim" w:hAnsi="Narkisim" w:cs="Narkisim"/>
          <w:b/>
        </w:rPr>
        <w:t>כולן</w:t>
      </w:r>
      <w:r w:rsidRPr="00D128E8">
        <w:rPr>
          <w:rFonts w:ascii="Narkisim" w:hAnsi="Narkisim" w:cs="Narkisim"/>
          <w:b/>
        </w:rPr>
        <w:t xml:space="preserve"> </w:t>
      </w:r>
      <w:r w:rsidRPr="00D128E8">
        <w:rPr>
          <w:rFonts w:ascii="Narkisim" w:hAnsi="Narkisim" w:cs="Narkisim"/>
          <w:b/>
        </w:rPr>
        <w:t>צוו</w:t>
      </w:r>
      <w:r w:rsidRPr="00D128E8">
        <w:rPr>
          <w:rFonts w:ascii="Narkisim" w:hAnsi="Narkisim" w:cs="Narkisim"/>
          <w:b/>
        </w:rPr>
        <w:t xml:space="preserve"> </w:t>
      </w:r>
      <w:r w:rsidRPr="00D128E8">
        <w:rPr>
          <w:rFonts w:ascii="Narkisim" w:hAnsi="Narkisim" w:cs="Narkisim"/>
          <w:b/>
        </w:rPr>
        <w:t>על</w:t>
      </w:r>
      <w:r w:rsidRPr="00D128E8">
        <w:rPr>
          <w:rFonts w:ascii="Narkisim" w:hAnsi="Narkisim" w:cs="Narkisim"/>
          <w:b/>
        </w:rPr>
        <w:t xml:space="preserve"> </w:t>
      </w:r>
      <w:r w:rsidRPr="00D128E8">
        <w:rPr>
          <w:rFonts w:ascii="Narkisim" w:hAnsi="Narkisim" w:cs="Narkisim"/>
          <w:b/>
        </w:rPr>
        <w:t>התשובה</w:t>
      </w:r>
      <w:r w:rsidRPr="00D128E8">
        <w:rPr>
          <w:rFonts w:ascii="Narkisim" w:hAnsi="Narkisim" w:cs="Narkisim"/>
          <w:b/>
        </w:rPr>
        <w:t xml:space="preserve">, </w:t>
      </w:r>
      <w:r w:rsidRPr="00D128E8">
        <w:rPr>
          <w:rFonts w:ascii="Narkisim" w:hAnsi="Narkisim" w:cs="Narkisim"/>
          <w:b/>
        </w:rPr>
        <w:t>ואין</w:t>
      </w:r>
      <w:r w:rsidRPr="00D128E8">
        <w:rPr>
          <w:rFonts w:ascii="Narkisim" w:hAnsi="Narkisim" w:cs="Narkisim"/>
          <w:b/>
        </w:rPr>
        <w:t xml:space="preserve"> </w:t>
      </w:r>
      <w:r w:rsidRPr="00D128E8">
        <w:rPr>
          <w:rFonts w:ascii="Narkisim" w:hAnsi="Narkisim" w:cs="Narkisim"/>
          <w:b/>
        </w:rPr>
        <w:t>ישראל</w:t>
      </w:r>
      <w:r w:rsidRPr="00D128E8">
        <w:rPr>
          <w:rFonts w:ascii="Narkisim" w:hAnsi="Narkisim" w:cs="Narkisim"/>
          <w:b/>
        </w:rPr>
        <w:t xml:space="preserve"> </w:t>
      </w:r>
      <w:r w:rsidRPr="00D128E8">
        <w:rPr>
          <w:rFonts w:ascii="Narkisim" w:hAnsi="Narkisim" w:cs="Narkisim"/>
          <w:b/>
        </w:rPr>
        <w:t>נגאלין</w:t>
      </w:r>
      <w:r w:rsidRPr="00D128E8">
        <w:rPr>
          <w:rFonts w:ascii="Narkisim" w:hAnsi="Narkisim" w:cs="Narkisim"/>
          <w:b/>
        </w:rPr>
        <w:t xml:space="preserve"> </w:t>
      </w:r>
      <w:r w:rsidRPr="00D128E8">
        <w:rPr>
          <w:rFonts w:ascii="Narkisim" w:hAnsi="Narkisim" w:cs="Narkisim"/>
          <w:b/>
        </w:rPr>
        <w:t>אלא</w:t>
      </w:r>
      <w:r w:rsidRPr="00D128E8">
        <w:rPr>
          <w:rFonts w:ascii="Narkisim" w:hAnsi="Narkisim" w:cs="Narkisim"/>
          <w:b/>
        </w:rPr>
        <w:t xml:space="preserve"> </w:t>
      </w:r>
      <w:r w:rsidRPr="00D128E8">
        <w:rPr>
          <w:rFonts w:ascii="Narkisim" w:hAnsi="Narkisim" w:cs="Narkisim"/>
          <w:b/>
        </w:rPr>
        <w:t>בתשובה</w:t>
      </w:r>
      <w:r w:rsidRPr="00D128E8">
        <w:rPr>
          <w:rFonts w:ascii="Narkisim" w:hAnsi="Narkisim" w:cs="Narkisim"/>
          <w:b/>
        </w:rPr>
        <w:t xml:space="preserve">. </w:t>
      </w:r>
      <w:r w:rsidRPr="001F70DF">
        <w:rPr>
          <w:rFonts w:ascii="Narkisim" w:hAnsi="Narkisim" w:cs="Narkisim"/>
          <w:b/>
          <w:u w:val="single"/>
        </w:rPr>
        <w:t>וכבר</w:t>
      </w:r>
      <w:r w:rsidRPr="001F70DF">
        <w:rPr>
          <w:rFonts w:ascii="Narkisim" w:hAnsi="Narkisim" w:cs="Narkisim"/>
          <w:b/>
          <w:u w:val="single"/>
        </w:rPr>
        <w:t xml:space="preserve"> </w:t>
      </w:r>
      <w:r w:rsidRPr="001F70DF">
        <w:rPr>
          <w:rFonts w:ascii="Narkisim" w:hAnsi="Narkisim" w:cs="Narkisim"/>
          <w:b/>
          <w:u w:val="single"/>
        </w:rPr>
        <w:t>הבטיחה</w:t>
      </w:r>
      <w:r w:rsidRPr="001F70DF">
        <w:rPr>
          <w:rFonts w:ascii="Narkisim" w:hAnsi="Narkisim" w:cs="Narkisim"/>
          <w:b/>
          <w:u w:val="single"/>
        </w:rPr>
        <w:t xml:space="preserve"> </w:t>
      </w:r>
      <w:r w:rsidRPr="001F70DF">
        <w:rPr>
          <w:rFonts w:ascii="Narkisim" w:hAnsi="Narkisim" w:cs="Narkisim"/>
          <w:b/>
          <w:u w:val="single"/>
        </w:rPr>
        <w:t>תורה</w:t>
      </w:r>
      <w:r w:rsidRPr="001F70DF">
        <w:rPr>
          <w:rFonts w:ascii="Narkisim" w:hAnsi="Narkisim" w:cs="Narkisim"/>
          <w:b/>
          <w:u w:val="single"/>
        </w:rPr>
        <w:t xml:space="preserve"> </w:t>
      </w:r>
      <w:r w:rsidRPr="001F70DF">
        <w:rPr>
          <w:rFonts w:ascii="Narkisim" w:hAnsi="Narkisim" w:cs="Narkisim"/>
          <w:b/>
          <w:u w:val="single"/>
        </w:rPr>
        <w:t>שסוף</w:t>
      </w:r>
      <w:r w:rsidRPr="001F70DF">
        <w:rPr>
          <w:rFonts w:ascii="Narkisim" w:hAnsi="Narkisim" w:cs="Narkisim"/>
          <w:b/>
          <w:u w:val="single"/>
        </w:rPr>
        <w:t xml:space="preserve"> </w:t>
      </w:r>
      <w:r w:rsidRPr="001F70DF">
        <w:rPr>
          <w:rFonts w:ascii="Narkisim" w:hAnsi="Narkisim" w:cs="Narkisim"/>
          <w:b/>
          <w:u w:val="single"/>
        </w:rPr>
        <w:t>ישראל</w:t>
      </w:r>
      <w:r w:rsidRPr="001F70DF">
        <w:rPr>
          <w:rFonts w:ascii="Narkisim" w:hAnsi="Narkisim" w:cs="Narkisim"/>
          <w:b/>
          <w:u w:val="single"/>
        </w:rPr>
        <w:t xml:space="preserve"> </w:t>
      </w:r>
      <w:r w:rsidRPr="001F70DF">
        <w:rPr>
          <w:rFonts w:ascii="Narkisim" w:hAnsi="Narkisim" w:cs="Narkisim"/>
          <w:b/>
          <w:u w:val="single"/>
        </w:rPr>
        <w:t>לעשות</w:t>
      </w:r>
      <w:r w:rsidRPr="001F70DF">
        <w:rPr>
          <w:rFonts w:ascii="Narkisim" w:hAnsi="Narkisim" w:cs="Narkisim"/>
          <w:b/>
          <w:u w:val="single"/>
        </w:rPr>
        <w:t xml:space="preserve"> </w:t>
      </w:r>
      <w:r w:rsidRPr="001F70DF">
        <w:rPr>
          <w:rFonts w:ascii="Narkisim" w:hAnsi="Narkisim" w:cs="Narkisim"/>
          <w:b/>
          <w:u w:val="single"/>
        </w:rPr>
        <w:t>תשובה</w:t>
      </w:r>
      <w:r w:rsidRPr="001F70DF">
        <w:rPr>
          <w:rFonts w:ascii="Narkisim" w:hAnsi="Narkisim" w:cs="Narkisim"/>
          <w:b/>
          <w:u w:val="single"/>
        </w:rPr>
        <w:t xml:space="preserve"> </w:t>
      </w:r>
      <w:r w:rsidRPr="001F70DF">
        <w:rPr>
          <w:rFonts w:ascii="Narkisim" w:hAnsi="Narkisim" w:cs="Narkisim"/>
          <w:b/>
          <w:u w:val="single"/>
        </w:rPr>
        <w:t>בסוף</w:t>
      </w:r>
      <w:r w:rsidRPr="001F70DF">
        <w:rPr>
          <w:rFonts w:ascii="Narkisim" w:hAnsi="Narkisim" w:cs="Narkisim"/>
          <w:b/>
          <w:u w:val="single"/>
        </w:rPr>
        <w:t xml:space="preserve"> </w:t>
      </w:r>
      <w:r w:rsidRPr="001F70DF">
        <w:rPr>
          <w:rFonts w:ascii="Narkisim" w:hAnsi="Narkisim" w:cs="Narkisim"/>
          <w:b/>
          <w:u w:val="single"/>
        </w:rPr>
        <w:t>גלותן</w:t>
      </w:r>
      <w:r w:rsidRPr="001F70DF">
        <w:rPr>
          <w:rFonts w:ascii="Narkisim" w:hAnsi="Narkisim" w:cs="Narkisim"/>
          <w:b/>
          <w:u w:val="single"/>
        </w:rPr>
        <w:t xml:space="preserve"> </w:t>
      </w:r>
      <w:r w:rsidRPr="001F70DF">
        <w:rPr>
          <w:rFonts w:ascii="Narkisim" w:hAnsi="Narkisim" w:cs="Narkisim"/>
          <w:b/>
          <w:u w:val="single"/>
        </w:rPr>
        <w:t>ומיד</w:t>
      </w:r>
      <w:r w:rsidRPr="001F70DF">
        <w:rPr>
          <w:rFonts w:ascii="Narkisim" w:hAnsi="Narkisim" w:cs="Narkisim"/>
          <w:b/>
          <w:u w:val="single"/>
        </w:rPr>
        <w:t xml:space="preserve"> </w:t>
      </w:r>
      <w:r w:rsidRPr="001F70DF">
        <w:rPr>
          <w:rFonts w:ascii="Narkisim" w:hAnsi="Narkisim" w:cs="Narkisim"/>
          <w:b/>
          <w:u w:val="single"/>
        </w:rPr>
        <w:t>הן</w:t>
      </w:r>
      <w:r w:rsidRPr="001F70DF">
        <w:rPr>
          <w:rFonts w:ascii="Narkisim" w:hAnsi="Narkisim" w:cs="Narkisim"/>
          <w:b/>
          <w:u w:val="single"/>
        </w:rPr>
        <w:t xml:space="preserve"> </w:t>
      </w:r>
      <w:r w:rsidRPr="001F70DF">
        <w:rPr>
          <w:rFonts w:ascii="Narkisim" w:hAnsi="Narkisim" w:cs="Narkisim"/>
          <w:b/>
          <w:u w:val="single"/>
        </w:rPr>
        <w:t>נגאלין</w:t>
      </w:r>
      <w:r w:rsidRPr="001F70DF">
        <w:rPr>
          <w:rFonts w:ascii="Narkisim" w:hAnsi="Narkisim" w:cs="Narkisim"/>
          <w:b/>
          <w:u w:val="single"/>
        </w:rPr>
        <w:t>.</w:t>
      </w:r>
    </w:p>
    <w:p w14:paraId="3179EEE1"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“All of the prophets commanded concerning teshuvah, and Israel will only be redeemed through teshuvah. And the Torah has already promised that ultimately Israel will do teshuvah at the end of its exile — and immediately they will be redeemed.”</w:t>
      </w:r>
    </w:p>
    <w:p w14:paraId="2DCDFDFD"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The Torah doesn't just tell us that Am Yisrael can do teshuvah.</w:t>
      </w:r>
    </w:p>
    <w:p w14:paraId="52959AFE"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It promises us that we will.</w:t>
      </w:r>
    </w:p>
    <w:p w14:paraId="5067D212"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if we are promised that we are going to do teshuvah, it means that Mashiach is definitely going to come.</w:t>
      </w:r>
    </w:p>
    <w:p w14:paraId="39F2E78A"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therefore, what does it mean to believe in Mashiach?</w:t>
      </w:r>
    </w:p>
    <w:p w14:paraId="36A95B4C"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It means to believe that Am Yisrael are capable of doing teshuvah and that we will come through.</w:t>
      </w:r>
    </w:p>
    <w:p w14:paraId="1A203500"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Because we never give up on Am Yisrael.</w:t>
      </w:r>
    </w:p>
    <w:p w14:paraId="609DF1ED"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We never give up hope in the strength of our people to come back, to fight back, to make things good.</w:t>
      </w:r>
    </w:p>
    <w:p w14:paraId="26570264" w14:textId="77777777" w:rsidR="00D53D7D" w:rsidRPr="00D128E8" w:rsidRDefault="00B64061" w:rsidP="00D128E8">
      <w:pPr>
        <w:pStyle w:val="Heading1"/>
        <w:spacing w:line="240" w:lineRule="auto"/>
        <w:rPr>
          <w:rFonts w:ascii="Narkisim" w:hAnsi="Narkisim" w:cs="Narkisim"/>
        </w:rPr>
      </w:pPr>
      <w:r w:rsidRPr="00D128E8">
        <w:rPr>
          <w:rFonts w:ascii="Narkisim" w:hAnsi="Narkisim" w:cs="Narkisim"/>
        </w:rPr>
        <w:t>The Bracelet</w:t>
      </w:r>
    </w:p>
    <w:p w14:paraId="73038261"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one doesn't need to look very far to see the incredible qualities of our people.</w:t>
      </w:r>
    </w:p>
    <w:p w14:paraId="68ADAB16"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Sometimes we take this for granted.</w:t>
      </w:r>
    </w:p>
    <w:p w14:paraId="698961E7"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Sometimes we're so caught up in the daily news that we're not able to see it.</w:t>
      </w:r>
    </w:p>
    <w:p w14:paraId="567DBEDF" w14:textId="5E95C199" w:rsidR="00D53D7D" w:rsidRPr="00D128E8" w:rsidRDefault="00B64061" w:rsidP="00D128E8">
      <w:pPr>
        <w:spacing w:after="120" w:line="240" w:lineRule="auto"/>
        <w:rPr>
          <w:rFonts w:ascii="Narkisim" w:hAnsi="Narkisim" w:cs="Narkisim"/>
        </w:rPr>
      </w:pPr>
      <w:r w:rsidRPr="00D128E8">
        <w:rPr>
          <w:rFonts w:ascii="Narkisim" w:hAnsi="Narkisim" w:cs="Narkisim"/>
        </w:rPr>
        <w:t>But something happened to me just a few days ago which, for me, was an extra</w:t>
      </w:r>
      <w:r w:rsidR="0081233F">
        <w:rPr>
          <w:rFonts w:ascii="Narkisim" w:hAnsi="Narkisim" w:cs="Narkisim"/>
        </w:rPr>
        <w:t>, a</w:t>
      </w:r>
      <w:r w:rsidRPr="00D128E8">
        <w:rPr>
          <w:rFonts w:ascii="Narkisim" w:hAnsi="Narkisim" w:cs="Narkisim"/>
        </w:rPr>
        <w:t>nd very much needed</w:t>
      </w:r>
      <w:r w:rsidR="0081233F">
        <w:rPr>
          <w:rFonts w:ascii="Narkisim" w:hAnsi="Narkisim" w:cs="Narkisim"/>
        </w:rPr>
        <w:t xml:space="preserve"> </w:t>
      </w:r>
      <w:r w:rsidRPr="00D128E8">
        <w:rPr>
          <w:rFonts w:ascii="Narkisim" w:hAnsi="Narkisim" w:cs="Narkisim"/>
        </w:rPr>
        <w:t>reminder of how incredible our people are.</w:t>
      </w:r>
    </w:p>
    <w:p w14:paraId="311056B1"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On Thursday night before Shabbat Shuva, I happened to go to a French musical Selichot.</w:t>
      </w:r>
    </w:p>
    <w:p w14:paraId="5ADA8A6F" w14:textId="4A9F0BFD" w:rsidR="00D53D7D" w:rsidRPr="00D128E8" w:rsidRDefault="00B64061" w:rsidP="00D128E8">
      <w:pPr>
        <w:spacing w:after="120" w:line="240" w:lineRule="auto"/>
        <w:rPr>
          <w:rFonts w:ascii="Narkisim" w:hAnsi="Narkisim" w:cs="Narkisim"/>
        </w:rPr>
      </w:pPr>
      <w:r w:rsidRPr="00D128E8">
        <w:rPr>
          <w:rFonts w:ascii="Narkisim" w:hAnsi="Narkisim" w:cs="Narkisim"/>
        </w:rPr>
        <w:t>I wasn't planning on going. I heard it from outside</w:t>
      </w:r>
      <w:r w:rsidR="0081233F">
        <w:rPr>
          <w:rFonts w:ascii="Narkisim" w:hAnsi="Narkisim" w:cs="Narkisim"/>
        </w:rPr>
        <w:t xml:space="preserve"> on </w:t>
      </w:r>
      <w:proofErr w:type="spellStart"/>
      <w:r w:rsidR="0081233F">
        <w:rPr>
          <w:rFonts w:ascii="Narkisim" w:hAnsi="Narkisim" w:cs="Narkisim"/>
        </w:rPr>
        <w:t>Achuza</w:t>
      </w:r>
      <w:proofErr w:type="spellEnd"/>
      <w:r w:rsidR="0081233F">
        <w:rPr>
          <w:rFonts w:ascii="Narkisim" w:hAnsi="Narkisim" w:cs="Narkisim"/>
        </w:rPr>
        <w:t xml:space="preserve"> at 12:30 AM</w:t>
      </w:r>
      <w:r w:rsidRPr="00D128E8">
        <w:rPr>
          <w:rFonts w:ascii="Narkisim" w:hAnsi="Narkisim" w:cs="Narkisim"/>
        </w:rPr>
        <w:t xml:space="preserve"> and decided to </w:t>
      </w:r>
      <w:r w:rsidR="00560CFF">
        <w:rPr>
          <w:rFonts w:ascii="Narkisim" w:hAnsi="Narkisim" w:cs="Narkisim"/>
        </w:rPr>
        <w:t xml:space="preserve">go see. </w:t>
      </w:r>
    </w:p>
    <w:p w14:paraId="0CFD9EC4"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it happened to be wonderful.</w:t>
      </w:r>
    </w:p>
    <w:p w14:paraId="0C440CFB" w14:textId="7C6C61A6" w:rsidR="00D53D7D" w:rsidRPr="00D128E8" w:rsidRDefault="00B64061" w:rsidP="00560CFF">
      <w:pPr>
        <w:spacing w:after="120" w:line="240" w:lineRule="auto"/>
        <w:rPr>
          <w:rFonts w:ascii="Narkisim" w:hAnsi="Narkisim" w:cs="Narkisim"/>
        </w:rPr>
      </w:pPr>
      <w:r w:rsidRPr="00D128E8">
        <w:rPr>
          <w:rFonts w:ascii="Narkisim" w:hAnsi="Narkisim" w:cs="Narkisim"/>
        </w:rPr>
        <w:t xml:space="preserve">I saw there a friend of mine, </w:t>
      </w:r>
      <w:r w:rsidR="00234542">
        <w:rPr>
          <w:rFonts w:ascii="Narkisim" w:hAnsi="Narkisim" w:cs="Narkisim"/>
        </w:rPr>
        <w:t>Y</w:t>
      </w:r>
      <w:r w:rsidRPr="00D128E8">
        <w:rPr>
          <w:rFonts w:ascii="Narkisim" w:hAnsi="Narkisim" w:cs="Narkisim"/>
        </w:rPr>
        <w:t>onathan</w:t>
      </w:r>
      <w:r w:rsidR="00234542">
        <w:rPr>
          <w:rFonts w:ascii="Narkisim" w:hAnsi="Narkisim" w:cs="Narkisim"/>
        </w:rPr>
        <w:t xml:space="preserve"> (a </w:t>
      </w:r>
      <w:proofErr w:type="spellStart"/>
      <w:r w:rsidR="00234542">
        <w:rPr>
          <w:rFonts w:ascii="Narkisim" w:hAnsi="Narkisim" w:cs="Narkisim"/>
        </w:rPr>
        <w:t>miluimnik</w:t>
      </w:r>
      <w:proofErr w:type="spellEnd"/>
      <w:r w:rsidR="00234542">
        <w:rPr>
          <w:rFonts w:ascii="Narkisim" w:hAnsi="Narkisim" w:cs="Narkisim"/>
        </w:rPr>
        <w:t xml:space="preserve"> who has served for hundreds of days since Oct 7</w:t>
      </w:r>
      <w:r w:rsidR="00234542" w:rsidRPr="00234542">
        <w:rPr>
          <w:rFonts w:ascii="Narkisim" w:hAnsi="Narkisim" w:cs="Narkisim"/>
          <w:vertAlign w:val="superscript"/>
        </w:rPr>
        <w:t>th</w:t>
      </w:r>
      <w:r w:rsidR="00234542">
        <w:rPr>
          <w:rFonts w:ascii="Narkisim" w:hAnsi="Narkisim" w:cs="Narkisim"/>
        </w:rPr>
        <w:t>)</w:t>
      </w:r>
      <w:r w:rsidR="00560CFF">
        <w:rPr>
          <w:rFonts w:ascii="Narkisim" w:hAnsi="Narkisim" w:cs="Narkisim"/>
        </w:rPr>
        <w:t xml:space="preserve">, and he waived to me to sit next to him. As we started </w:t>
      </w:r>
      <w:proofErr w:type="gramStart"/>
      <w:r w:rsidR="00560CFF">
        <w:rPr>
          <w:rFonts w:ascii="Narkisim" w:hAnsi="Narkisim" w:cs="Narkisim"/>
        </w:rPr>
        <w:t>stood</w:t>
      </w:r>
      <w:proofErr w:type="gramEnd"/>
      <w:r w:rsidR="00560CFF">
        <w:rPr>
          <w:rFonts w:ascii="Narkisim" w:hAnsi="Narkisim" w:cs="Narkisim"/>
        </w:rPr>
        <w:t xml:space="preserve"> there together, he gave me a bracelet a</w:t>
      </w:r>
      <w:r w:rsidRPr="00D128E8">
        <w:rPr>
          <w:rFonts w:ascii="Narkisim" w:hAnsi="Narkisim" w:cs="Narkisim"/>
        </w:rPr>
        <w:t xml:space="preserve">nd on the </w:t>
      </w:r>
      <w:proofErr w:type="gramStart"/>
      <w:r w:rsidRPr="00D128E8">
        <w:rPr>
          <w:rFonts w:ascii="Narkisim" w:hAnsi="Narkisim" w:cs="Narkisim"/>
        </w:rPr>
        <w:t>bracelet</w:t>
      </w:r>
      <w:proofErr w:type="gramEnd"/>
      <w:r w:rsidRPr="00D128E8">
        <w:rPr>
          <w:rFonts w:ascii="Narkisim" w:hAnsi="Narkisim" w:cs="Narkisim"/>
        </w:rPr>
        <w:t xml:space="preserve"> it said:</w:t>
      </w:r>
    </w:p>
    <w:p w14:paraId="29B2A41F" w14:textId="77777777" w:rsidR="00D53D7D" w:rsidRPr="00D128E8" w:rsidRDefault="00B64061" w:rsidP="00560CFF">
      <w:pPr>
        <w:bidi/>
        <w:spacing w:after="120" w:line="240" w:lineRule="auto"/>
        <w:rPr>
          <w:rFonts w:ascii="Narkisim" w:hAnsi="Narkisim" w:cs="Narkisim"/>
        </w:rPr>
      </w:pPr>
      <w:r w:rsidRPr="00D128E8">
        <w:rPr>
          <w:rFonts w:ascii="Narkisim" w:hAnsi="Narkisim" w:cs="Narkisim"/>
          <w:b/>
        </w:rPr>
        <w:t>״אני</w:t>
      </w:r>
      <w:r w:rsidRPr="00D128E8">
        <w:rPr>
          <w:rFonts w:ascii="Narkisim" w:hAnsi="Narkisim" w:cs="Narkisim"/>
          <w:b/>
        </w:rPr>
        <w:t xml:space="preserve"> </w:t>
      </w:r>
      <w:r w:rsidRPr="00D128E8">
        <w:rPr>
          <w:rFonts w:ascii="Narkisim" w:hAnsi="Narkisim" w:cs="Narkisim"/>
          <w:b/>
        </w:rPr>
        <w:t>בחרתי</w:t>
      </w:r>
      <w:r w:rsidRPr="00D128E8">
        <w:rPr>
          <w:rFonts w:ascii="Narkisim" w:hAnsi="Narkisim" w:cs="Narkisim"/>
          <w:b/>
        </w:rPr>
        <w:t xml:space="preserve"> </w:t>
      </w:r>
      <w:r w:rsidRPr="00D128E8">
        <w:rPr>
          <w:rFonts w:ascii="Narkisim" w:hAnsi="Narkisim" w:cs="Narkisim"/>
          <w:b/>
        </w:rPr>
        <w:t>לעלות</w:t>
      </w:r>
      <w:r w:rsidRPr="00D128E8">
        <w:rPr>
          <w:rFonts w:ascii="Narkisim" w:hAnsi="Narkisim" w:cs="Narkisim"/>
          <w:b/>
        </w:rPr>
        <w:t xml:space="preserve"> </w:t>
      </w:r>
      <w:r w:rsidRPr="00D128E8">
        <w:rPr>
          <w:rFonts w:ascii="Narkisim" w:hAnsi="Narkisim" w:cs="Narkisim"/>
          <w:b/>
        </w:rPr>
        <w:t>למדינת</w:t>
      </w:r>
      <w:r w:rsidRPr="00D128E8">
        <w:rPr>
          <w:rFonts w:ascii="Narkisim" w:hAnsi="Narkisim" w:cs="Narkisim"/>
          <w:b/>
        </w:rPr>
        <w:t xml:space="preserve"> </w:t>
      </w:r>
      <w:r w:rsidRPr="00D128E8">
        <w:rPr>
          <w:rFonts w:ascii="Narkisim" w:hAnsi="Narkisim" w:cs="Narkisim"/>
          <w:b/>
        </w:rPr>
        <w:t>ישראל</w:t>
      </w:r>
      <w:r w:rsidRPr="00D128E8">
        <w:rPr>
          <w:rFonts w:ascii="Narkisim" w:hAnsi="Narkisim" w:cs="Narkisim"/>
          <w:b/>
        </w:rPr>
        <w:t xml:space="preserve">, </w:t>
      </w:r>
      <w:r w:rsidRPr="00D128E8">
        <w:rPr>
          <w:rFonts w:ascii="Narkisim" w:hAnsi="Narkisim" w:cs="Narkisim"/>
          <w:b/>
        </w:rPr>
        <w:t>ואני</w:t>
      </w:r>
      <w:r w:rsidRPr="00D128E8">
        <w:rPr>
          <w:rFonts w:ascii="Narkisim" w:hAnsi="Narkisim" w:cs="Narkisim"/>
          <w:b/>
        </w:rPr>
        <w:t xml:space="preserve"> </w:t>
      </w:r>
      <w:r w:rsidRPr="00D128E8">
        <w:rPr>
          <w:rFonts w:ascii="Narkisim" w:hAnsi="Narkisim" w:cs="Narkisim"/>
          <w:b/>
        </w:rPr>
        <w:t>לא</w:t>
      </w:r>
      <w:r w:rsidRPr="00D128E8">
        <w:rPr>
          <w:rFonts w:ascii="Narkisim" w:hAnsi="Narkisim" w:cs="Narkisim"/>
          <w:b/>
        </w:rPr>
        <w:t xml:space="preserve"> </w:t>
      </w:r>
      <w:r w:rsidRPr="00D128E8">
        <w:rPr>
          <w:rFonts w:ascii="Narkisim" w:hAnsi="Narkisim" w:cs="Narkisim"/>
          <w:b/>
        </w:rPr>
        <w:t>אתן</w:t>
      </w:r>
      <w:r w:rsidRPr="00D128E8">
        <w:rPr>
          <w:rFonts w:ascii="Narkisim" w:hAnsi="Narkisim" w:cs="Narkisim"/>
          <w:b/>
        </w:rPr>
        <w:t xml:space="preserve"> </w:t>
      </w:r>
      <w:proofErr w:type="spellStart"/>
      <w:r w:rsidRPr="00D128E8">
        <w:rPr>
          <w:rFonts w:ascii="Narkisim" w:hAnsi="Narkisim" w:cs="Narkisim"/>
          <w:b/>
        </w:rPr>
        <w:t>לאף</w:t>
      </w:r>
      <w:proofErr w:type="spellEnd"/>
      <w:r w:rsidRPr="00D128E8">
        <w:rPr>
          <w:rFonts w:ascii="Narkisim" w:hAnsi="Narkisim" w:cs="Narkisim"/>
          <w:b/>
        </w:rPr>
        <w:t xml:space="preserve"> </w:t>
      </w:r>
      <w:proofErr w:type="spellStart"/>
      <w:r w:rsidRPr="00D128E8">
        <w:rPr>
          <w:rFonts w:ascii="Narkisim" w:hAnsi="Narkisim" w:cs="Narkisim"/>
          <w:b/>
        </w:rPr>
        <w:t>אחד</w:t>
      </w:r>
      <w:proofErr w:type="spellEnd"/>
      <w:r w:rsidRPr="00D128E8">
        <w:rPr>
          <w:rFonts w:ascii="Narkisim" w:hAnsi="Narkisim" w:cs="Narkisim"/>
          <w:b/>
        </w:rPr>
        <w:t xml:space="preserve"> </w:t>
      </w:r>
      <w:proofErr w:type="spellStart"/>
      <w:r w:rsidRPr="00D128E8">
        <w:rPr>
          <w:rFonts w:ascii="Narkisim" w:hAnsi="Narkisim" w:cs="Narkisim"/>
          <w:b/>
        </w:rPr>
        <w:t>לפגוע</w:t>
      </w:r>
      <w:proofErr w:type="spellEnd"/>
      <w:r w:rsidRPr="00D128E8">
        <w:rPr>
          <w:rFonts w:ascii="Narkisim" w:hAnsi="Narkisim" w:cs="Narkisim"/>
          <w:b/>
        </w:rPr>
        <w:t xml:space="preserve"> </w:t>
      </w:r>
      <w:proofErr w:type="spellStart"/>
      <w:proofErr w:type="gramStart"/>
      <w:r w:rsidRPr="00D128E8">
        <w:rPr>
          <w:rFonts w:ascii="Narkisim" w:hAnsi="Narkisim" w:cs="Narkisim"/>
          <w:b/>
        </w:rPr>
        <w:t>בה</w:t>
      </w:r>
      <w:proofErr w:type="spellEnd"/>
      <w:r w:rsidRPr="00D128E8">
        <w:rPr>
          <w:rFonts w:ascii="Narkisim" w:hAnsi="Narkisim" w:cs="Narkisim"/>
          <w:b/>
        </w:rPr>
        <w:t>.</w:t>
      </w:r>
      <w:r w:rsidRPr="00D128E8">
        <w:rPr>
          <w:rFonts w:ascii="Narkisim" w:hAnsi="Narkisim" w:cs="Narkisim"/>
          <w:b/>
        </w:rPr>
        <w:t>״</w:t>
      </w:r>
      <w:proofErr w:type="gramEnd"/>
    </w:p>
    <w:p w14:paraId="454EEFCF"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“I chose to make Aliyah to the State of Israel, and I will not allow anyone to harm it.”</w:t>
      </w:r>
    </w:p>
    <w:p w14:paraId="00DDEBCA" w14:textId="57735986" w:rsidR="00D53D7D" w:rsidRPr="00D128E8" w:rsidRDefault="00234542" w:rsidP="00234542">
      <w:pPr>
        <w:spacing w:after="120" w:line="240" w:lineRule="auto"/>
        <w:rPr>
          <w:rFonts w:ascii="Narkisim" w:hAnsi="Narkisim" w:cs="Narkisim"/>
          <w:lang w:bidi="he-IL"/>
        </w:rPr>
      </w:pPr>
      <w:r>
        <w:rPr>
          <w:rFonts w:ascii="Narkisim" w:hAnsi="Narkisim" w:cs="Narkisim"/>
        </w:rPr>
        <w:t>I</w:t>
      </w:r>
      <w:r>
        <w:rPr>
          <w:rFonts w:ascii="Narkisim" w:hAnsi="Narkisim" w:cs="Narkisim"/>
          <w:lang w:bidi="he-IL"/>
        </w:rPr>
        <w:t>t was a quote from</w:t>
      </w:r>
      <w:r w:rsidR="00B64061" w:rsidRPr="00D128E8">
        <w:rPr>
          <w:rFonts w:ascii="Narkisim" w:hAnsi="Narkisim" w:cs="Narkisim"/>
        </w:rPr>
        <w:t xml:space="preserve"> Roni Genizat</w:t>
      </w:r>
      <w:r>
        <w:rPr>
          <w:rFonts w:ascii="Narkisim" w:hAnsi="Narkisim" w:cs="Narkisim"/>
        </w:rPr>
        <w:t xml:space="preserve">, a friend of Yonathan. </w:t>
      </w:r>
    </w:p>
    <w:p w14:paraId="5CAB5B9B"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I didn't know who Roni Genizat was.</w:t>
      </w:r>
    </w:p>
    <w:p w14:paraId="34E62C80"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So I looked him up.</w:t>
      </w:r>
    </w:p>
    <w:p w14:paraId="7D460BD4"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Roni Genizat was 36 years old, a father of four. He had made Aliyah to Israel, had done hundreds of days of reserve duty, and ultimately fell in Lebanon fighting for Am Yisrael.</w:t>
      </w:r>
    </w:p>
    <w:p w14:paraId="0340C259"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And as I looked at that bracelet, I felt two things.</w:t>
      </w:r>
    </w:p>
    <w:p w14:paraId="666C8D66"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I felt tremendous sadness.</w:t>
      </w:r>
    </w:p>
    <w:p w14:paraId="6D795D51" w14:textId="08B9DC0D" w:rsidR="00D53D7D" w:rsidRPr="00D128E8" w:rsidRDefault="00B64061" w:rsidP="00D128E8">
      <w:pPr>
        <w:spacing w:after="120" w:line="240" w:lineRule="auto"/>
        <w:rPr>
          <w:rFonts w:ascii="Narkisim" w:hAnsi="Narkisim" w:cs="Narkisim"/>
        </w:rPr>
      </w:pPr>
      <w:r w:rsidRPr="00D128E8">
        <w:rPr>
          <w:rFonts w:ascii="Narkisim" w:hAnsi="Narkisim" w:cs="Narkisim"/>
          <w:b/>
        </w:rPr>
        <w:t>How sad it is that Am Yisrael has lost someone like Roni Genizat</w:t>
      </w:r>
      <w:r w:rsidR="00234542">
        <w:rPr>
          <w:rFonts w:ascii="Narkisim" w:hAnsi="Narkisim" w:cs="Narkisim"/>
          <w:b/>
        </w:rPr>
        <w:t xml:space="preserve"> </w:t>
      </w:r>
      <w:proofErr w:type="spellStart"/>
      <w:proofErr w:type="gramStart"/>
      <w:r w:rsidR="00234542">
        <w:rPr>
          <w:rFonts w:ascii="Narkisim" w:hAnsi="Narkisim" w:cs="Narkisim"/>
          <w:b/>
        </w:rPr>
        <w:t>hy”d</w:t>
      </w:r>
      <w:proofErr w:type="spellEnd"/>
      <w:r w:rsidR="00234542">
        <w:rPr>
          <w:rFonts w:ascii="Narkisim" w:hAnsi="Narkisim" w:cs="Narkisim"/>
          <w:b/>
        </w:rPr>
        <w:t>.</w:t>
      </w:r>
      <w:proofErr w:type="gramEnd"/>
    </w:p>
    <w:p w14:paraId="63FDE668"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But I also felt tremendous pride.</w:t>
      </w:r>
    </w:p>
    <w:p w14:paraId="1E7D18E6"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What an extraordinary people we are.</w:t>
      </w:r>
    </w:p>
    <w:p w14:paraId="4030DF5C" w14:textId="77777777" w:rsidR="00D53D7D" w:rsidRPr="00D128E8" w:rsidRDefault="00B64061" w:rsidP="00D128E8">
      <w:pPr>
        <w:bidi/>
        <w:spacing w:after="120" w:line="240" w:lineRule="auto"/>
        <w:jc w:val="right"/>
        <w:rPr>
          <w:rFonts w:ascii="Narkisim" w:hAnsi="Narkisim" w:cs="Narkisim"/>
        </w:rPr>
      </w:pPr>
      <w:r w:rsidRPr="00D128E8">
        <w:rPr>
          <w:rFonts w:ascii="Narkisim" w:hAnsi="Narkisim" w:cs="Narkisim"/>
          <w:b/>
        </w:rPr>
        <w:t>מי</w:t>
      </w:r>
      <w:r w:rsidRPr="00D128E8">
        <w:rPr>
          <w:rFonts w:ascii="Narkisim" w:hAnsi="Narkisim" w:cs="Narkisim"/>
          <w:b/>
        </w:rPr>
        <w:t xml:space="preserve"> </w:t>
      </w:r>
      <w:r w:rsidRPr="00D128E8">
        <w:rPr>
          <w:rFonts w:ascii="Narkisim" w:hAnsi="Narkisim" w:cs="Narkisim"/>
          <w:b/>
        </w:rPr>
        <w:t>כעמך</w:t>
      </w:r>
      <w:r w:rsidRPr="00D128E8">
        <w:rPr>
          <w:rFonts w:ascii="Narkisim" w:hAnsi="Narkisim" w:cs="Narkisim"/>
          <w:b/>
        </w:rPr>
        <w:t xml:space="preserve"> </w:t>
      </w:r>
      <w:r w:rsidRPr="00D128E8">
        <w:rPr>
          <w:rFonts w:ascii="Narkisim" w:hAnsi="Narkisim" w:cs="Narkisim"/>
          <w:b/>
        </w:rPr>
        <w:t>ישראל</w:t>
      </w:r>
      <w:r w:rsidRPr="00D128E8">
        <w:rPr>
          <w:rFonts w:ascii="Narkisim" w:hAnsi="Narkisim" w:cs="Narkisim"/>
          <w:b/>
        </w:rPr>
        <w:t>.</w:t>
      </w:r>
    </w:p>
    <w:p w14:paraId="2DF5A1EB" w14:textId="77777777" w:rsidR="00D53D7D" w:rsidRPr="00D128E8" w:rsidRDefault="00B64061" w:rsidP="00D128E8">
      <w:pPr>
        <w:pStyle w:val="Heading1"/>
        <w:spacing w:line="240" w:lineRule="auto"/>
        <w:rPr>
          <w:rFonts w:ascii="Narkisim" w:hAnsi="Narkisim" w:cs="Narkisim"/>
        </w:rPr>
      </w:pPr>
      <w:r w:rsidRPr="00D128E8">
        <w:rPr>
          <w:rFonts w:ascii="Narkisim" w:hAnsi="Narkisim" w:cs="Narkisim"/>
        </w:rPr>
        <w:lastRenderedPageBreak/>
        <w:t>How We See Ourselves</w:t>
      </w:r>
    </w:p>
    <w:p w14:paraId="43517183" w14:textId="37431302" w:rsidR="00D53D7D" w:rsidRPr="00D128E8" w:rsidRDefault="00234542" w:rsidP="00D128E8">
      <w:pPr>
        <w:spacing w:after="120" w:line="240" w:lineRule="auto"/>
        <w:rPr>
          <w:rFonts w:ascii="Narkisim" w:hAnsi="Narkisim" w:cs="Narkisim"/>
        </w:rPr>
      </w:pPr>
      <w:r>
        <w:rPr>
          <w:rFonts w:ascii="Narkisim" w:hAnsi="Narkisim" w:cs="Narkisim"/>
        </w:rPr>
        <w:t>M</w:t>
      </w:r>
      <w:r w:rsidR="00B64061" w:rsidRPr="00D128E8">
        <w:rPr>
          <w:rFonts w:ascii="Narkisim" w:hAnsi="Narkisim" w:cs="Narkisim"/>
        </w:rPr>
        <w:t>any of our enemies throughout the world are doing everything they can not just to fight against us physically, but to change how we see ourselves.</w:t>
      </w:r>
    </w:p>
    <w:p w14:paraId="267C90D3"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To get us to fight with each other.</w:t>
      </w:r>
    </w:p>
    <w:p w14:paraId="13CCA727"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To become polarized.</w:t>
      </w:r>
    </w:p>
    <w:p w14:paraId="2D3534FF"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To feel shame for having fought back against our enemies.</w:t>
      </w:r>
    </w:p>
    <w:p w14:paraId="6D3EEC75" w14:textId="5678810E" w:rsidR="00D53D7D" w:rsidRPr="00D128E8" w:rsidRDefault="00B64061" w:rsidP="00D128E8">
      <w:pPr>
        <w:spacing w:after="120" w:line="240" w:lineRule="auto"/>
        <w:rPr>
          <w:rFonts w:ascii="Narkisim" w:hAnsi="Narkisim" w:cs="Narkisim"/>
        </w:rPr>
      </w:pPr>
      <w:r w:rsidRPr="00D128E8">
        <w:rPr>
          <w:rFonts w:ascii="Narkisim" w:hAnsi="Narkisim" w:cs="Narkisim"/>
          <w:b/>
        </w:rPr>
        <w:t>And it's so important that we don't internalize th</w:t>
      </w:r>
      <w:r w:rsidR="00FC2F27">
        <w:rPr>
          <w:rFonts w:ascii="Narkisim" w:hAnsi="Narkisim" w:cs="Narkisim"/>
          <w:b/>
        </w:rPr>
        <w:t xml:space="preserve">ese </w:t>
      </w:r>
      <w:proofErr w:type="spellStart"/>
      <w:r w:rsidR="00FC2F27">
        <w:rPr>
          <w:rFonts w:ascii="Narkisim" w:hAnsi="Narkisim" w:cs="Narkisim"/>
          <w:b/>
        </w:rPr>
        <w:t>anti-semitic</w:t>
      </w:r>
      <w:proofErr w:type="spellEnd"/>
      <w:r w:rsidR="00FC2F27">
        <w:rPr>
          <w:rFonts w:ascii="Narkisim" w:hAnsi="Narkisim" w:cs="Narkisim"/>
          <w:b/>
        </w:rPr>
        <w:t xml:space="preserve"> views. </w:t>
      </w:r>
    </w:p>
    <w:p w14:paraId="22022BD5"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Because we are Hashem's chosen people.</w:t>
      </w:r>
    </w:p>
    <w:p w14:paraId="48585070"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מי</w:t>
      </w:r>
      <w:r w:rsidRPr="00D128E8">
        <w:rPr>
          <w:rFonts w:ascii="Narkisim" w:hAnsi="Narkisim" w:cs="Narkisim"/>
        </w:rPr>
        <w:t xml:space="preserve"> </w:t>
      </w:r>
      <w:r w:rsidRPr="00D128E8">
        <w:rPr>
          <w:rFonts w:ascii="Narkisim" w:hAnsi="Narkisim" w:cs="Narkisim"/>
        </w:rPr>
        <w:t>כעמך</w:t>
      </w:r>
      <w:r w:rsidRPr="00D128E8">
        <w:rPr>
          <w:rFonts w:ascii="Narkisim" w:hAnsi="Narkisim" w:cs="Narkisim"/>
        </w:rPr>
        <w:t xml:space="preserve"> </w:t>
      </w:r>
      <w:r w:rsidRPr="00D128E8">
        <w:rPr>
          <w:rFonts w:ascii="Narkisim" w:hAnsi="Narkisim" w:cs="Narkisim"/>
        </w:rPr>
        <w:t>ישראל</w:t>
      </w:r>
      <w:r w:rsidRPr="00D128E8">
        <w:rPr>
          <w:rFonts w:ascii="Narkisim" w:hAnsi="Narkisim" w:cs="Narkisim"/>
        </w:rPr>
        <w:t>.</w:t>
      </w:r>
    </w:p>
    <w:p w14:paraId="7F12AC27"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We make mistakes.</w:t>
      </w:r>
    </w:p>
    <w:p w14:paraId="0A6361B6"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We miss opportunities.</w:t>
      </w:r>
    </w:p>
    <w:p w14:paraId="21A83B3E" w14:textId="36C02F33"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We sometimes </w:t>
      </w:r>
      <w:r w:rsidR="007B2A90">
        <w:rPr>
          <w:rFonts w:ascii="Narkisim" w:hAnsi="Narkisim" w:cs="Narkisim"/>
        </w:rPr>
        <w:t>don’t get things right 100%.</w:t>
      </w:r>
    </w:p>
    <w:p w14:paraId="4DF56EDF"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 xml:space="preserve">But we </w:t>
      </w:r>
      <w:proofErr w:type="gramStart"/>
      <w:r w:rsidRPr="00D128E8">
        <w:rPr>
          <w:rFonts w:ascii="Narkisim" w:hAnsi="Narkisim" w:cs="Narkisim"/>
          <w:b/>
        </w:rPr>
        <w:t>have to</w:t>
      </w:r>
      <w:proofErr w:type="gramEnd"/>
      <w:r w:rsidRPr="00D128E8">
        <w:rPr>
          <w:rFonts w:ascii="Narkisim" w:hAnsi="Narkisim" w:cs="Narkisim"/>
          <w:b/>
        </w:rPr>
        <w:t xml:space="preserve"> have faith in our people.</w:t>
      </w:r>
    </w:p>
    <w:p w14:paraId="4A4253EC" w14:textId="0047E7CD" w:rsidR="00D53D7D" w:rsidRPr="00D128E8" w:rsidRDefault="00B64061" w:rsidP="007B2A90">
      <w:pPr>
        <w:spacing w:after="120" w:line="240" w:lineRule="auto"/>
        <w:rPr>
          <w:rFonts w:ascii="Narkisim" w:hAnsi="Narkisim" w:cs="Narkisim"/>
        </w:rPr>
      </w:pPr>
      <w:r w:rsidRPr="00D128E8">
        <w:rPr>
          <w:rFonts w:ascii="Narkisim" w:hAnsi="Narkisim" w:cs="Narkisim"/>
        </w:rPr>
        <w:t>And coming back to President Herzog's letter</w:t>
      </w:r>
      <w:r w:rsidR="007B2A90">
        <w:rPr>
          <w:rFonts w:ascii="Narkisim" w:hAnsi="Narkisim" w:cs="Narkisim"/>
        </w:rPr>
        <w:t>. Though we missed the opportunity to unite Israeli society after Oct 7</w:t>
      </w:r>
      <w:r w:rsidR="007B2A90" w:rsidRPr="007B2A90">
        <w:rPr>
          <w:rFonts w:ascii="Narkisim" w:hAnsi="Narkisim" w:cs="Narkisim"/>
          <w:vertAlign w:val="superscript"/>
        </w:rPr>
        <w:t>th</w:t>
      </w:r>
      <w:r w:rsidR="007B2A90">
        <w:rPr>
          <w:rFonts w:ascii="Narkisim" w:hAnsi="Narkisim" w:cs="Narkisim"/>
        </w:rPr>
        <w:t xml:space="preserve">, </w:t>
      </w:r>
      <w:r w:rsidRPr="00D128E8">
        <w:rPr>
          <w:rFonts w:ascii="Narkisim" w:hAnsi="Narkisim" w:cs="Narkisim"/>
        </w:rPr>
        <w:t>I have hope that this year we will come through.</w:t>
      </w:r>
    </w:p>
    <w:p w14:paraId="6D9A66AA"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We will not miss this opportunity.</w:t>
      </w:r>
    </w:p>
    <w:p w14:paraId="5761711B" w14:textId="75AE1424" w:rsidR="00D53D7D" w:rsidRPr="00D128E8" w:rsidRDefault="00B64061" w:rsidP="00D128E8">
      <w:pPr>
        <w:spacing w:after="120" w:line="240" w:lineRule="auto"/>
        <w:rPr>
          <w:rFonts w:ascii="Narkisim" w:hAnsi="Narkisim" w:cs="Narkisim"/>
        </w:rPr>
      </w:pPr>
      <w:r w:rsidRPr="00D128E8">
        <w:rPr>
          <w:rFonts w:ascii="Narkisim" w:hAnsi="Narkisim" w:cs="Narkisim"/>
        </w:rPr>
        <w:t>We will not forget</w:t>
      </w:r>
      <w:r w:rsidR="00916FB1">
        <w:rPr>
          <w:rFonts w:ascii="Narkisim" w:hAnsi="Narkisim" w:cs="Narkisim"/>
        </w:rPr>
        <w:t xml:space="preserve"> - </w:t>
      </w:r>
      <w:r w:rsidRPr="00D128E8">
        <w:rPr>
          <w:rFonts w:ascii="Narkisim" w:hAnsi="Narkisim" w:cs="Narkisim"/>
        </w:rPr>
        <w:t>we will never forget</w:t>
      </w:r>
      <w:r w:rsidR="00FC679B">
        <w:rPr>
          <w:rFonts w:ascii="Narkisim" w:hAnsi="Narkisim" w:cs="Narkisim"/>
        </w:rPr>
        <w:t xml:space="preserve"> - </w:t>
      </w:r>
      <w:r w:rsidRPr="00D128E8">
        <w:rPr>
          <w:rFonts w:ascii="Narkisim" w:hAnsi="Narkisim" w:cs="Narkisim"/>
        </w:rPr>
        <w:t xml:space="preserve">the </w:t>
      </w:r>
      <w:proofErr w:type="spellStart"/>
      <w:r w:rsidRPr="00D128E8">
        <w:rPr>
          <w:rFonts w:ascii="Narkisim" w:hAnsi="Narkisim" w:cs="Narkisim"/>
        </w:rPr>
        <w:t>רוח</w:t>
      </w:r>
      <w:proofErr w:type="spellEnd"/>
      <w:r w:rsidRPr="00D128E8">
        <w:rPr>
          <w:rFonts w:ascii="Narkisim" w:hAnsi="Narkisim" w:cs="Narkisim"/>
        </w:rPr>
        <w:t xml:space="preserve"> of </w:t>
      </w:r>
      <w:proofErr w:type="spellStart"/>
      <w:r w:rsidRPr="00D128E8">
        <w:rPr>
          <w:rFonts w:ascii="Narkisim" w:hAnsi="Narkisim" w:cs="Narkisim"/>
        </w:rPr>
        <w:t>achdut</w:t>
      </w:r>
      <w:proofErr w:type="spellEnd"/>
      <w:r w:rsidRPr="00D128E8">
        <w:rPr>
          <w:rFonts w:ascii="Narkisim" w:hAnsi="Narkisim" w:cs="Narkisim"/>
        </w:rPr>
        <w:t xml:space="preserve"> that filled our people, that inspired us.</w:t>
      </w:r>
    </w:p>
    <w:p w14:paraId="503D01A2"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 xml:space="preserve">And that </w:t>
      </w:r>
      <w:r w:rsidRPr="00D128E8">
        <w:rPr>
          <w:rFonts w:ascii="Narkisim" w:hAnsi="Narkisim" w:cs="Narkisim"/>
        </w:rPr>
        <w:t>רוח</w:t>
      </w:r>
      <w:r w:rsidRPr="00D128E8">
        <w:rPr>
          <w:rFonts w:ascii="Narkisim" w:hAnsi="Narkisim" w:cs="Narkisim"/>
        </w:rPr>
        <w:t xml:space="preserve"> is within us.</w:t>
      </w:r>
    </w:p>
    <w:p w14:paraId="4F74821C"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We just need to find a way to reveal it and to bring it out.</w:t>
      </w:r>
    </w:p>
    <w:p w14:paraId="43B05958"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Because that is who we are.</w:t>
      </w:r>
    </w:p>
    <w:p w14:paraId="5F605165"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That's the essence of who we are.</w:t>
      </w:r>
    </w:p>
    <w:p w14:paraId="0D1F7406" w14:textId="77777777" w:rsidR="00D53D7D" w:rsidRPr="00D128E8" w:rsidRDefault="00B64061" w:rsidP="00D128E8">
      <w:pPr>
        <w:pStyle w:val="Heading1"/>
        <w:spacing w:line="240" w:lineRule="auto"/>
        <w:rPr>
          <w:rFonts w:ascii="Narkisim" w:hAnsi="Narkisim" w:cs="Narkisim"/>
        </w:rPr>
      </w:pPr>
      <w:r w:rsidRPr="00D128E8">
        <w:rPr>
          <w:rFonts w:ascii="Narkisim" w:hAnsi="Narkisim" w:cs="Narkisim"/>
        </w:rPr>
        <w:t>ריבונו</w:t>
      </w:r>
      <w:r w:rsidRPr="00D128E8">
        <w:rPr>
          <w:rFonts w:ascii="Narkisim" w:hAnsi="Narkisim" w:cs="Narkisim"/>
        </w:rPr>
        <w:t xml:space="preserve"> </w:t>
      </w:r>
      <w:r w:rsidRPr="00D128E8">
        <w:rPr>
          <w:rFonts w:ascii="Narkisim" w:hAnsi="Narkisim" w:cs="Narkisim"/>
        </w:rPr>
        <w:t>של</w:t>
      </w:r>
      <w:r w:rsidRPr="00D128E8">
        <w:rPr>
          <w:rFonts w:ascii="Narkisim" w:hAnsi="Narkisim" w:cs="Narkisim"/>
        </w:rPr>
        <w:t xml:space="preserve"> </w:t>
      </w:r>
      <w:r w:rsidRPr="00D128E8">
        <w:rPr>
          <w:rFonts w:ascii="Narkisim" w:hAnsi="Narkisim" w:cs="Narkisim"/>
        </w:rPr>
        <w:t>עולם</w:t>
      </w:r>
    </w:p>
    <w:p w14:paraId="0AB2C5FA"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as we enter Ne’ilah, I turn to Hashem and I say:</w:t>
      </w:r>
    </w:p>
    <w:p w14:paraId="0761B95A" w14:textId="77777777" w:rsidR="00D53D7D" w:rsidRPr="00D128E8" w:rsidRDefault="00B64061" w:rsidP="00D128E8">
      <w:pPr>
        <w:bidi/>
        <w:spacing w:after="120" w:line="240" w:lineRule="auto"/>
        <w:jc w:val="right"/>
        <w:rPr>
          <w:rFonts w:ascii="Narkisim" w:hAnsi="Narkisim" w:cs="Narkisim"/>
        </w:rPr>
      </w:pPr>
      <w:r w:rsidRPr="00D128E8">
        <w:rPr>
          <w:rFonts w:ascii="Narkisim" w:hAnsi="Narkisim" w:cs="Narkisim"/>
          <w:b/>
        </w:rPr>
        <w:t>ריבונו</w:t>
      </w:r>
      <w:r w:rsidRPr="00D128E8">
        <w:rPr>
          <w:rFonts w:ascii="Narkisim" w:hAnsi="Narkisim" w:cs="Narkisim"/>
          <w:b/>
        </w:rPr>
        <w:t xml:space="preserve"> </w:t>
      </w:r>
      <w:r w:rsidRPr="00D128E8">
        <w:rPr>
          <w:rFonts w:ascii="Narkisim" w:hAnsi="Narkisim" w:cs="Narkisim"/>
          <w:b/>
        </w:rPr>
        <w:t>של</w:t>
      </w:r>
      <w:r w:rsidRPr="00D128E8">
        <w:rPr>
          <w:rFonts w:ascii="Narkisim" w:hAnsi="Narkisim" w:cs="Narkisim"/>
          <w:b/>
        </w:rPr>
        <w:t xml:space="preserve"> </w:t>
      </w:r>
      <w:r w:rsidRPr="00D128E8">
        <w:rPr>
          <w:rFonts w:ascii="Narkisim" w:hAnsi="Narkisim" w:cs="Narkisim"/>
          <w:b/>
        </w:rPr>
        <w:t>עולם</w:t>
      </w:r>
      <w:r w:rsidRPr="00D128E8">
        <w:rPr>
          <w:rFonts w:ascii="Narkisim" w:hAnsi="Narkisim" w:cs="Narkisim"/>
          <w:b/>
        </w:rPr>
        <w:t xml:space="preserve">, </w:t>
      </w:r>
      <w:r w:rsidRPr="00D128E8">
        <w:rPr>
          <w:rFonts w:ascii="Narkisim" w:hAnsi="Narkisim" w:cs="Narkisim"/>
          <w:b/>
        </w:rPr>
        <w:t>עזור</w:t>
      </w:r>
      <w:r w:rsidRPr="00D128E8">
        <w:rPr>
          <w:rFonts w:ascii="Narkisim" w:hAnsi="Narkisim" w:cs="Narkisim"/>
          <w:b/>
        </w:rPr>
        <w:t xml:space="preserve"> </w:t>
      </w:r>
      <w:r w:rsidRPr="00D128E8">
        <w:rPr>
          <w:rFonts w:ascii="Narkisim" w:hAnsi="Narkisim" w:cs="Narkisim"/>
          <w:b/>
        </w:rPr>
        <w:t>לנו</w:t>
      </w:r>
      <w:r w:rsidRPr="00D128E8">
        <w:rPr>
          <w:rFonts w:ascii="Narkisim" w:hAnsi="Narkisim" w:cs="Narkisim"/>
          <w:b/>
        </w:rPr>
        <w:t xml:space="preserve"> </w:t>
      </w:r>
      <w:r w:rsidRPr="00D128E8">
        <w:rPr>
          <w:rFonts w:ascii="Narkisim" w:hAnsi="Narkisim" w:cs="Narkisim"/>
          <w:b/>
        </w:rPr>
        <w:t>לראות</w:t>
      </w:r>
      <w:r w:rsidRPr="00D128E8">
        <w:rPr>
          <w:rFonts w:ascii="Narkisim" w:hAnsi="Narkisim" w:cs="Narkisim"/>
          <w:b/>
        </w:rPr>
        <w:t xml:space="preserve"> </w:t>
      </w:r>
      <w:r w:rsidRPr="00D128E8">
        <w:rPr>
          <w:rFonts w:ascii="Narkisim" w:hAnsi="Narkisim" w:cs="Narkisim"/>
          <w:b/>
        </w:rPr>
        <w:t>את</w:t>
      </w:r>
      <w:r w:rsidRPr="00D128E8">
        <w:rPr>
          <w:rFonts w:ascii="Narkisim" w:hAnsi="Narkisim" w:cs="Narkisim"/>
          <w:b/>
        </w:rPr>
        <w:t xml:space="preserve"> </w:t>
      </w:r>
      <w:r w:rsidRPr="00D128E8">
        <w:rPr>
          <w:rFonts w:ascii="Narkisim" w:hAnsi="Narkisim" w:cs="Narkisim"/>
          <w:b/>
        </w:rPr>
        <w:t>הטוב</w:t>
      </w:r>
      <w:r w:rsidRPr="00D128E8">
        <w:rPr>
          <w:rFonts w:ascii="Narkisim" w:hAnsi="Narkisim" w:cs="Narkisim"/>
          <w:b/>
        </w:rPr>
        <w:t xml:space="preserve"> </w:t>
      </w:r>
      <w:r w:rsidRPr="00D128E8">
        <w:rPr>
          <w:rFonts w:ascii="Narkisim" w:hAnsi="Narkisim" w:cs="Narkisim"/>
          <w:b/>
        </w:rPr>
        <w:t>זה</w:t>
      </w:r>
      <w:r w:rsidRPr="00D128E8">
        <w:rPr>
          <w:rFonts w:ascii="Narkisim" w:hAnsi="Narkisim" w:cs="Narkisim"/>
          <w:b/>
        </w:rPr>
        <w:t xml:space="preserve"> </w:t>
      </w:r>
      <w:r w:rsidRPr="00D128E8">
        <w:rPr>
          <w:rFonts w:ascii="Narkisim" w:hAnsi="Narkisim" w:cs="Narkisim"/>
          <w:b/>
        </w:rPr>
        <w:t>בזה</w:t>
      </w:r>
      <w:r w:rsidRPr="00D128E8">
        <w:rPr>
          <w:rFonts w:ascii="Narkisim" w:hAnsi="Narkisim" w:cs="Narkisim"/>
          <w:b/>
        </w:rPr>
        <w:t>.</w:t>
      </w:r>
    </w:p>
    <w:p w14:paraId="4B1067A5"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Help us to see the good in each other.</w:t>
      </w:r>
    </w:p>
    <w:p w14:paraId="6F4D1ECF" w14:textId="2323738B" w:rsidR="00D53D7D" w:rsidRPr="00D128E8" w:rsidRDefault="00B64061" w:rsidP="002C750F">
      <w:pPr>
        <w:spacing w:after="120" w:line="240" w:lineRule="auto"/>
        <w:rPr>
          <w:rFonts w:ascii="Narkisim" w:hAnsi="Narkisim" w:cs="Narkisim"/>
        </w:rPr>
      </w:pPr>
      <w:r w:rsidRPr="00D128E8">
        <w:rPr>
          <w:rFonts w:ascii="Narkisim" w:hAnsi="Narkisim" w:cs="Narkisim"/>
        </w:rPr>
        <w:t>Just like we have faith in You,</w:t>
      </w:r>
      <w:r w:rsidR="002C750F">
        <w:rPr>
          <w:rFonts w:ascii="Narkisim" w:hAnsi="Narkisim" w:cs="Narkisim"/>
        </w:rPr>
        <w:t xml:space="preserve"> </w:t>
      </w:r>
      <w:r w:rsidRPr="00D128E8">
        <w:rPr>
          <w:rFonts w:ascii="Narkisim" w:hAnsi="Narkisim" w:cs="Narkisim"/>
          <w:b/>
        </w:rPr>
        <w:t>have faith in us.</w:t>
      </w:r>
    </w:p>
    <w:p w14:paraId="7CA3EC26"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Help us to have faith in each other.</w:t>
      </w:r>
    </w:p>
    <w:p w14:paraId="37A75EDF" w14:textId="77777777" w:rsidR="00D53D7D" w:rsidRPr="00D128E8" w:rsidRDefault="00B64061" w:rsidP="00D128E8">
      <w:pPr>
        <w:spacing w:after="120" w:line="240" w:lineRule="auto"/>
        <w:rPr>
          <w:rFonts w:ascii="Narkisim" w:hAnsi="Narkisim" w:cs="Narkisim"/>
        </w:rPr>
      </w:pPr>
      <w:r w:rsidRPr="00D128E8">
        <w:rPr>
          <w:rFonts w:ascii="Narkisim" w:hAnsi="Narkisim" w:cs="Narkisim"/>
          <w:b/>
        </w:rPr>
        <w:t xml:space="preserve">Help us to have </w:t>
      </w:r>
      <w:r w:rsidRPr="00D128E8">
        <w:rPr>
          <w:rFonts w:ascii="Narkisim" w:hAnsi="Narkisim" w:cs="Narkisim"/>
          <w:b/>
        </w:rPr>
        <w:t>אמונה</w:t>
      </w:r>
      <w:r w:rsidRPr="00D128E8">
        <w:rPr>
          <w:rFonts w:ascii="Narkisim" w:hAnsi="Narkisim" w:cs="Narkisim"/>
          <w:b/>
        </w:rPr>
        <w:t xml:space="preserve"> in each other.</w:t>
      </w:r>
    </w:p>
    <w:p w14:paraId="2AEF6E99" w14:textId="77777777" w:rsidR="00D53D7D" w:rsidRPr="00D128E8" w:rsidRDefault="00B64061" w:rsidP="00D128E8">
      <w:pPr>
        <w:spacing w:after="120" w:line="240" w:lineRule="auto"/>
        <w:rPr>
          <w:rFonts w:ascii="Narkisim" w:hAnsi="Narkisim" w:cs="Narkisim"/>
        </w:rPr>
      </w:pPr>
      <w:r w:rsidRPr="00D128E8">
        <w:rPr>
          <w:rFonts w:ascii="Narkisim" w:hAnsi="Narkisim" w:cs="Narkisim"/>
        </w:rPr>
        <w:t>And if we do this, please God, this year will be filled with hope.</w:t>
      </w:r>
    </w:p>
    <w:p w14:paraId="3E72B867" w14:textId="05004044" w:rsidR="00D53D7D" w:rsidRPr="00D128E8" w:rsidRDefault="00B64061" w:rsidP="00D128E8">
      <w:pPr>
        <w:spacing w:after="120" w:line="240" w:lineRule="auto"/>
        <w:rPr>
          <w:rFonts w:ascii="Narkisim" w:hAnsi="Narkisim" w:cs="Narkisim"/>
        </w:rPr>
      </w:pPr>
      <w:r w:rsidRPr="00D128E8">
        <w:rPr>
          <w:rFonts w:ascii="Narkisim" w:hAnsi="Narkisim" w:cs="Narkisim"/>
        </w:rPr>
        <w:t>And we will be blessed to see the coming of M</w:t>
      </w:r>
      <w:r w:rsidR="002C750F">
        <w:rPr>
          <w:rFonts w:ascii="Narkisim" w:hAnsi="Narkisim" w:cs="Narkisim"/>
        </w:rPr>
        <w:t>o</w:t>
      </w:r>
      <w:r w:rsidRPr="00D128E8">
        <w:rPr>
          <w:rFonts w:ascii="Narkisim" w:hAnsi="Narkisim" w:cs="Narkisim"/>
        </w:rPr>
        <w:t>shiach,</w:t>
      </w:r>
    </w:p>
    <w:p w14:paraId="52191292" w14:textId="77777777" w:rsidR="00D53D7D" w:rsidRPr="00D128E8" w:rsidRDefault="00B64061" w:rsidP="00D128E8">
      <w:pPr>
        <w:bidi/>
        <w:spacing w:after="120" w:line="240" w:lineRule="auto"/>
        <w:jc w:val="right"/>
        <w:rPr>
          <w:rFonts w:ascii="Narkisim" w:hAnsi="Narkisim" w:cs="Narkisim"/>
        </w:rPr>
      </w:pPr>
      <w:r w:rsidRPr="00D128E8">
        <w:rPr>
          <w:rFonts w:ascii="Narkisim" w:hAnsi="Narkisim" w:cs="Narkisim"/>
          <w:b/>
        </w:rPr>
        <w:t>במהרה</w:t>
      </w:r>
      <w:r w:rsidRPr="00D128E8">
        <w:rPr>
          <w:rFonts w:ascii="Narkisim" w:hAnsi="Narkisim" w:cs="Narkisim"/>
          <w:b/>
        </w:rPr>
        <w:t xml:space="preserve"> </w:t>
      </w:r>
      <w:r w:rsidRPr="00D128E8">
        <w:rPr>
          <w:rFonts w:ascii="Narkisim" w:hAnsi="Narkisim" w:cs="Narkisim"/>
          <w:b/>
        </w:rPr>
        <w:t>בימינו</w:t>
      </w:r>
      <w:r w:rsidRPr="00D128E8">
        <w:rPr>
          <w:rFonts w:ascii="Narkisim" w:hAnsi="Narkisim" w:cs="Narkisim"/>
          <w:b/>
        </w:rPr>
        <w:t xml:space="preserve">, </w:t>
      </w:r>
      <w:r w:rsidRPr="00D128E8">
        <w:rPr>
          <w:rFonts w:ascii="Narkisim" w:hAnsi="Narkisim" w:cs="Narkisim"/>
          <w:b/>
        </w:rPr>
        <w:t>אמן</w:t>
      </w:r>
      <w:r w:rsidRPr="00D128E8">
        <w:rPr>
          <w:rFonts w:ascii="Narkisim" w:hAnsi="Narkisim" w:cs="Narkisim"/>
          <w:b/>
        </w:rPr>
        <w:t>.</w:t>
      </w:r>
    </w:p>
    <w:sectPr w:rsidR="00D53D7D" w:rsidRPr="00D128E8"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7590109">
    <w:abstractNumId w:val="8"/>
  </w:num>
  <w:num w:numId="2" w16cid:durableId="259065471">
    <w:abstractNumId w:val="6"/>
  </w:num>
  <w:num w:numId="3" w16cid:durableId="655381269">
    <w:abstractNumId w:val="5"/>
  </w:num>
  <w:num w:numId="4" w16cid:durableId="541595178">
    <w:abstractNumId w:val="4"/>
  </w:num>
  <w:num w:numId="5" w16cid:durableId="576984539">
    <w:abstractNumId w:val="7"/>
  </w:num>
  <w:num w:numId="6" w16cid:durableId="1592279787">
    <w:abstractNumId w:val="3"/>
  </w:num>
  <w:num w:numId="7" w16cid:durableId="104539342">
    <w:abstractNumId w:val="2"/>
  </w:num>
  <w:num w:numId="8" w16cid:durableId="1540245352">
    <w:abstractNumId w:val="1"/>
  </w:num>
  <w:num w:numId="9" w16cid:durableId="1880362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5DC"/>
    <w:rsid w:val="001F70DF"/>
    <w:rsid w:val="00234542"/>
    <w:rsid w:val="00291128"/>
    <w:rsid w:val="0029639D"/>
    <w:rsid w:val="002C750F"/>
    <w:rsid w:val="00326F90"/>
    <w:rsid w:val="003E181E"/>
    <w:rsid w:val="004106CA"/>
    <w:rsid w:val="0046588F"/>
    <w:rsid w:val="00560CFF"/>
    <w:rsid w:val="00756D68"/>
    <w:rsid w:val="007B2A90"/>
    <w:rsid w:val="0081233F"/>
    <w:rsid w:val="00916FB1"/>
    <w:rsid w:val="00925593"/>
    <w:rsid w:val="00AA1D8D"/>
    <w:rsid w:val="00B47730"/>
    <w:rsid w:val="00B64061"/>
    <w:rsid w:val="00CB0664"/>
    <w:rsid w:val="00D128E8"/>
    <w:rsid w:val="00D53D7D"/>
    <w:rsid w:val="00FC2F27"/>
    <w:rsid w:val="00FC67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E5932C2-5C6C-43F2-B8D2-46D9B9A7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eitan bendavid</cp:lastModifiedBy>
  <cp:revision>2</cp:revision>
  <dcterms:created xsi:type="dcterms:W3CDTF">2026-09-22T08:59:00Z</dcterms:created>
  <dcterms:modified xsi:type="dcterms:W3CDTF">2026-09-22T08:59:00Z</dcterms:modified>
  <cp:category/>
</cp:coreProperties>
</file>